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png" ContentType="image/png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pict>
          <v:shape id="BG_HU_0" type="#_x0000_t75" style="position:absolute;margin-left:0pt;margin-top:0pt;width:419.53pt;height:595.28pt;z-index:-251654144;mso-position-horizontal-relative:page;mso-position-vertical-relative:page" stroked="f" filled="t">
            <v:imagedata r:id="rId9" o:title=""/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1" type="#_x0000_t75" style="position:absolute;margin-left:0pt;margin-top:0pt;width:419.53pt;height:595.28pt;z-index:-251654144;mso-position-horizontal-relative:page;mso-position-vertical-relative:page" stroked="f" filled="t">
            <v:imagedata r:id="rId10" o:title=""/>
          </v:shape>
        </w:pict>
      </w:r>
      <w:r>
        <w:pict>
          <v:shape id="TB_HU_1" type="#_x0000_t202" style="position:absolute;margin-left:38.91pt;margin-top:293.57pt;width:341.71pt;height:72.97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2" type="#_x0000_t75" style="position:absolute;margin-left:0pt;margin-top:0pt;width:419.53pt;height:595.28pt;z-index:-251654144;mso-position-horizontal-relative:page;mso-position-vertical-relative:page" stroked="f" filled="t">
            <v:imagedata r:id="rId11" o:title=""/>
          </v:shape>
        </w:pict>
      </w:r>
      <w:r>
        <w:pict>
          <v:shape id="TB_HU_2" type="#_x0000_t202" style="position:absolute;margin-left:38.91pt;margin-top:293.57pt;width:341.71pt;height:72.97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3" type="#_x0000_t75" style="position:absolute;margin-left:0pt;margin-top:0pt;width:419.53pt;height:595.28pt;z-index:-251654144;mso-position-horizontal-relative:page;mso-position-vertical-relative:page" stroked="f" filled="t">
            <v:imagedata r:id="rId12" o:title=""/>
          </v:shape>
        </w:pict>
      </w:r>
      <w:r>
        <w:pict>
          <v:shape id="TB_HU_3" type="#_x0000_t202" style="position:absolute;margin-left:38.91pt;margin-top:293.57pt;width:341.71pt;height:72.97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4" type="#_x0000_t75" style="position:absolute;margin-left:0pt;margin-top:0pt;width:419.53pt;height:595.28pt;z-index:-251654144;mso-position-horizontal-relative:page;mso-position-vertical-relative:page" stroked="f" filled="t">
            <v:imagedata r:id="rId13" o:title=""/>
          </v:shape>
        </w:pict>
      </w:r>
      <w:r>
        <w:pict>
          <v:shape id="TB_HU_4" type="#_x0000_t202" style="position:absolute;margin-left:38.91pt;margin-top:293.57pt;width:341.71pt;height:72.97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5" type="#_x0000_t75" style="position:absolute;margin-left:0pt;margin-top:0pt;width:419.53pt;height:595.28pt;z-index:-251654144;mso-position-horizontal-relative:page;mso-position-vertical-relative:page" stroked="f" filled="t">
            <v:imagedata r:id="rId14" o:title=""/>
          </v:shape>
        </w:pict>
      </w:r>
      <w:r>
        <w:pict>
          <v:shape id="TB_HU_5" type="#_x0000_t202" style="position:absolute;margin-left:38.91pt;margin-top:293.57pt;width:341.71pt;height:72.97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6" type="#_x0000_t75" style="position:absolute;margin-left:0pt;margin-top:0pt;width:419.53pt;height:595.28pt;z-index:-251654144;mso-position-horizontal-relative:page;mso-position-vertical-relative:page" stroked="f" filled="t">
            <v:imagedata r:id="rId15" o:title=""/>
          </v:shape>
        </w:pict>
      </w:r>
      <w:r>
        <w:pict>
          <v:shape id="TB_HU_6" type="#_x0000_t202" style="position:absolute;margin-left:38.91pt;margin-top:293.57pt;width:341.71pt;height:72.97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7" type="#_x0000_t75" style="position:absolute;margin-left:0pt;margin-top:0pt;width:419.53pt;height:595.28pt;z-index:-251654144;mso-position-horizontal-relative:page;mso-position-vertical-relative:page" stroked="f" filled="t">
            <v:imagedata r:id="rId16" o:title=""/>
          </v:shape>
        </w:pict>
      </w:r>
      <w:r>
        <w:pict>
          <v:shape id="TB_HU_7" type="#_x0000_t202" style="position:absolute;margin-left:38.91pt;margin-top:293.57pt;width:341.71pt;height:72.97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8" type="#_x0000_t75" style="position:absolute;margin-left:0pt;margin-top:0pt;width:419.53pt;height:595.28pt;z-index:-251654144;mso-position-horizontal-relative:page;mso-position-vertical-relative:page" stroked="f" filled="t">
            <v:imagedata r:id="rId17" o:title=""/>
          </v:shape>
        </w:pict>
      </w:r>
      <w:r>
        <w:pict>
          <v:shape id="TB_HU_8" type="#_x0000_t202" style="position:absolute;margin-left:38.91pt;margin-top:293.57pt;width:341.71pt;height:72.97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9" type="#_x0000_t75" style="position:absolute;margin-left:0pt;margin-top:0pt;width:419.53pt;height:595.28pt;z-index:-251654144;mso-position-horizontal-relative:page;mso-position-vertical-relative:page" stroked="f" filled="t">
            <v:imagedata r:id="rId18" o:title=""/>
          </v:shape>
        </w:pict>
      </w:r>
      <w:r>
        <w:pict>
          <v:shape id="TB_HU_9" type="#_x0000_t202" style="position:absolute;margin-left:38.91pt;margin-top:293.57pt;width:341.71pt;height:72.97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10" type="#_x0000_t75" style="position:absolute;margin-left:0pt;margin-top:0pt;width:419.53pt;height:595.28pt;z-index:-251654144;mso-position-horizontal-relative:page;mso-position-vertical-relative:page" stroked="f" filled="t">
            <v:imagedata r:id="rId19" o:title=""/>
          </v:shape>
        </w:pict>
      </w:r>
      <w:r>
        <w:pict>
          <v:shape id="TB_HU_10" type="#_x0000_t202" style="position:absolute;margin-left:38.91pt;margin-top:293.57pt;width:341.71pt;height:72.97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11" type="#_x0000_t75" style="position:absolute;margin-left:0pt;margin-top:0pt;width:419.53pt;height:595.28pt;z-index:-251654144;mso-position-horizontal-relative:page;mso-position-vertical-relative:page" stroked="f" filled="t">
            <v:imagedata r:id="rId20" o:title=""/>
          </v:shape>
        </w:pict>
      </w:r>
      <w:r>
        <w:pict>
          <v:shape id="TB_HU_11" type="#_x0000_t202" style="position:absolute;margin-left:38.91pt;margin-top:293.57pt;width:341.71pt;height:72.97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12" type="#_x0000_t75" style="position:absolute;margin-left:0pt;margin-top:0pt;width:419.53pt;height:595.28pt;z-index:-251654144;mso-position-horizontal-relative:page;mso-position-vertical-relative:page" stroked="f" filled="t">
            <v:imagedata r:id="rId21" o:title=""/>
          </v:shape>
        </w:pict>
      </w:r>
      <w:r>
        <w:pict>
          <v:shape id="TB_HU_12" type="#_x0000_t202" style="position:absolute;margin-left:38.91pt;margin-top:293.57pt;width:341.71pt;height:72.97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 a válaszod…</w:t>
                  </w:r>
                </w:p>
              </w:txbxContent>
            </v:textbox>
          </v:shape>
        </w:pict>
      </w:r>
    </w:p>
    <w:p>
      <w:r>
        <w:br w:type="page"/>
      </w:r>
    </w:p>
    <w:p>
      <w:pPr>
        <w:spacing w:before="0" w:after="0"/>
      </w:pPr>
      <w:r>
        <w:pict>
          <v:shape id="BG_HU_13" type="#_x0000_t75" style="position:absolute;margin-left:0pt;margin-top:0pt;width:419.53pt;height:595.28pt;z-index:-251654144;mso-position-horizontal-relative:page;mso-position-vertical-relative:page" stroked="f" filled="t">
            <v:imagedata r:id="rId22" o:title=""/>
          </v:shape>
        </w:pict>
      </w:r>
      <w:r>
        <w:pict>
          <v:shape id="TB_HU_C1" type="#_x0000_t202" style="position:absolute;margin-left:33.83pt;margin-top:223.99pt;width:351.86pt;height:64.48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ide…</w:t>
                  </w:r>
                </w:p>
              </w:txbxContent>
            </v:textbox>
          </v:shape>
        </w:pict>
      </w:r>
      <w:r>
        <w:pict>
          <v:shape id="TB_HU_C2" type="#_x0000_t202" style="position:absolute;margin-left:33.83pt;margin-top:337.69pt;width:351.86pt;height:64.48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ide…</w:t>
                  </w:r>
                </w:p>
              </w:txbxContent>
            </v:textbox>
          </v:shape>
        </w:pict>
      </w:r>
      <w:r>
        <w:pict>
          <v:shape id="TB_HU_C3" type="#_x0000_t202" style="position:absolute;margin-left:33.83pt;margin-top:451.38pt;width:351.86pt;height:64.48pt;z-index:251659264;mso-position-horizontal-relative:page;mso-position-vertical-relative:page" fillcolor="#FFFFFF" strokecolor="#9AB8CE" strokeweight="0.8pt">
            <v:textbox inset="7pt,5pt,7pt,5pt">
              <w:txbxContent>
                <w:p>
                  <w:pPr>
                    <w:spacing w:before="0" w:after="0"/>
                  </w:pPr>
                  <w:r>
                    <w:rPr>
                      <w:rFonts w:ascii="DejaVu Sans" w:hAnsi="DejaVu Sans"/>
                      <w:i/>
                      <w:color w:val="8796A7"/>
                      <w:sz w:val="22"/>
                    </w:rPr>
                    <w:t>Írd ide…</w:t>
                  </w:r>
                </w:p>
              </w:txbxContent>
            </v:textbox>
          </v:shape>
        </w:pict>
      </w:r>
    </w:p>
    <w:sectPr w:rsidR="00FC693F" w:rsidRPr="0006063C" w:rsidSect="00034616">
      <w:pgSz w:w="8391" w:h="11906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hu_bg_00.png"/><Relationship Id="rId10" Type="http://schemas.openxmlformats.org/officeDocument/2006/relationships/image" Target="media/hu_bg_01.png"/><Relationship Id="rId11" Type="http://schemas.openxmlformats.org/officeDocument/2006/relationships/image" Target="media/hu_bg_02.png"/><Relationship Id="rId12" Type="http://schemas.openxmlformats.org/officeDocument/2006/relationships/image" Target="media/hu_bg_03.png"/><Relationship Id="rId13" Type="http://schemas.openxmlformats.org/officeDocument/2006/relationships/image" Target="media/hu_bg_04.png"/><Relationship Id="rId14" Type="http://schemas.openxmlformats.org/officeDocument/2006/relationships/image" Target="media/hu_bg_05.png"/><Relationship Id="rId15" Type="http://schemas.openxmlformats.org/officeDocument/2006/relationships/image" Target="media/hu_bg_06.png"/><Relationship Id="rId16" Type="http://schemas.openxmlformats.org/officeDocument/2006/relationships/image" Target="media/hu_bg_07.png"/><Relationship Id="rId17" Type="http://schemas.openxmlformats.org/officeDocument/2006/relationships/image" Target="media/hu_bg_08.png"/><Relationship Id="rId18" Type="http://schemas.openxmlformats.org/officeDocument/2006/relationships/image" Target="media/hu_bg_09.png"/><Relationship Id="rId19" Type="http://schemas.openxmlformats.org/officeDocument/2006/relationships/image" Target="media/hu_bg_10.png"/><Relationship Id="rId20" Type="http://schemas.openxmlformats.org/officeDocument/2006/relationships/image" Target="media/hu_bg_11.png"/><Relationship Id="rId21" Type="http://schemas.openxmlformats.org/officeDocument/2006/relationships/image" Target="media/hu_bg_12.png"/><Relationship Id="rId22" Type="http://schemas.openxmlformats.org/officeDocument/2006/relationships/image" Target="media/hu_bg_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