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önismereti_virágos_naplókártya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" style="position:absolute;margin-left:52pt;margin-top:292pt;width:328pt;height:160pt;z-index:251659264;mso-position-horizontal-relative:page;mso-position-vertical-relative:page;" filled="f" stroked="f">
            <v:textbox inset="2pt,2pt,2pt,2pt">
              <w:txbxContent>
                <w:p>
                  <w:pPr>
                    <w:spacing w:before="0" w:after="0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intage_virágos_önismereti_kártya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2" style="position:absolute;margin-left:52pt;margin-top:292pt;width:328pt;height:160pt;z-index:251659264;mso-position-horizontal-relative:page;mso-position-vertical-relative:page;" filled="f" stroked="f">
            <v:textbox inset="2pt,2pt,2pt,2pt">
              <w:txbxContent>
                <w:p>
                  <w:pPr>
                    <w:spacing w:before="0" w:after="0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tanikus_önismereti_naplókártya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3" style="position:absolute;margin-left:52pt;margin-top:292pt;width:328pt;height:160pt;z-index:251659264;mso-position-horizontal-relative:page;mso-position-vertical-relative:page;" filled="f" stroked="f">
            <v:textbox inset="2pt,2pt,2pt,2pt">
              <w:txbxContent>
                <w:p>
                  <w:pPr>
                    <w:spacing w:before="0" w:after="0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aplókaisító_botanikus_kérdéskártya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4" style="position:absolute;margin-left:52pt;margin-top:292pt;width:328pt;height:160pt;z-index:251659264;mso-position-horizontal-relative:page;mso-position-vertical-relative:page;" filled="f" stroked="f">
            <v:textbox inset="2pt,2pt,2pt,2pt">
              <w:txbxContent>
                <w:p>
                  <w:pPr>
                    <w:spacing w:before="0" w:after="0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egáns_botanikus_naplókártya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5" style="position:absolute;margin-left:52pt;margin-top:292pt;width:328pt;height:160pt;z-index:251659264;mso-position-horizontal-relative:page;mso-position-vertical-relative:page;" filled="f" stroked="f">
            <v:textbox inset="2pt,2pt,2pt,2pt">
              <w:txbxContent>
                <w:p>
                  <w:pPr>
                    <w:spacing w:before="0" w:after="0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övényi_hangulatú_önismereti_kártya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6" style="position:absolute;margin-left:52pt;margin-top:292pt;width:328pt;height:160pt;z-index:251659264;mso-position-horizontal-relative:page;mso-position-vertical-relative:page;" filled="f" stroked="f">
            <v:textbox inset="2pt,2pt,2pt,2pt">
              <w:txbxContent>
                <w:p>
                  <w:pPr>
                    <w:spacing w:before="0" w:after="0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érdéskártya_virágos_keretben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7" style="position:absolute;margin-left:52pt;margin-top:292pt;width:328pt;height:160pt;z-index:251659264;mso-position-horizontal-relative:page;mso-position-vertical-relative:page;" filled="f" stroked="f">
            <v:textbox inset="2pt,2pt,2pt,2pt">
              <w:txbxContent>
                <w:p>
                  <w:pPr>
                    <w:spacing w:before="0" w:after="0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egáns_botanikus_emlékkártya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8" style="position:absolute;margin-left:52pt;margin-top:292pt;width:328pt;height:160pt;z-index:251659264;mso-position-horizontal-relative:page;mso-position-vertical-relative:page;" filled="f" stroked="f">
            <v:textbox inset="2pt,2pt,2pt,2pt">
              <w:txbxContent>
                <w:p>
                  <w:pPr>
                    <w:spacing w:before="0" w:after="0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átor_önkifejezés_9._kárty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9" style="position:absolute;margin-left:52pt;margin-top:292pt;width:328pt;height:160pt;z-index:251659264;mso-position-horizontal-relative:page;mso-position-vertical-relative:page;" filled="f" stroked="f">
            <v:textbox inset="2pt,2pt,2pt,2pt">
              <w:txbxContent>
                <w:p>
                  <w:pPr>
                    <w:spacing w:before="0" w:after="0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p>
      <w:pPr>
        <w:pageBreakBefore/>
        <w:spacing w:before="0" w:after="0" w:line="240" w:lineRule="auto"/>
        <w:jc w:val="center"/>
      </w:pPr>
      <w:r>
        <w:drawing>
          <wp:inline xmlns:a="http://schemas.openxmlformats.org/drawingml/2006/main" xmlns:pic="http://schemas.openxmlformats.org/drawingml/2006/picture">
            <wp:extent cx="5486400" cy="73152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legáns_virágos_napló_kártya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/>
                  </pic:spPr>
                </pic:pic>
              </a:graphicData>
            </a:graphic>
          </wp:inline>
        </w:drawing>
        <w:pict>
          <v:shape id="EditableAnswer10" style="position:absolute;margin-left:52pt;margin-top:292pt;width:328pt;height:160pt;z-index:251659264;mso-position-horizontal-relative:page;mso-position-vertical-relative:page;" filled="f" stroked="f">
            <v:textbox inset="2pt,2pt,2pt,2pt">
              <w:txbxContent>
                <w:p>
                  <w:pPr>
                    <w:spacing w:before="0" w:after="0"/>
                  </w:pPr>
                  <w:r>
                    <w:rPr>
                      <w:sz w:val="24"/>
                      <w:color w:val="5B4A3C"/>
                    </w:rPr>
                    <w:t xml:space="preserve"> </w:t>
                  </w:r>
                </w:p>
              </w:txbxContent>
            </v:textbox>
          </v:shape>
        </w:pict>
      </w:r>
    </w:p>
    <w:sectPr w:rsidR="00FC693F" w:rsidRPr="0006063C" w:rsidSect="00034616">
      <w:pgSz w:w="8640" w:h="1152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Only Child – 10 Question Cards</dc:title>
  <dc:subject>Editable Word question cards</dc:subject>
  <dc:creator>Katalin Szabó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