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left="1361"/>
        <w:jc w:val="center"/>
      </w:pPr>
      <w:r>
        <w:rPr>
          <w:rFonts w:ascii="Georgia" w:hAnsi="Georgia"/>
          <w:b/>
          <w:color w:val="0B1C2D"/>
          <w:sz w:val="28"/>
        </w:rPr>
        <w:t>MEETINGEMLÉKEZTETŐ ÉS DÖNTÉSI SABLON</w:t>
      </w:r>
    </w:p>
    <w:p>
      <w:pPr>
        <w:spacing w:after="120"/>
        <w:ind w:left="1134"/>
        <w:jc w:val="center"/>
      </w:pPr>
      <w:r>
        <w:rPr>
          <w:i/>
          <w:color w:val="555555"/>
          <w:sz w:val="15"/>
        </w:rPr>
        <w:t>Döntések, feladatok, felelősök, határidők és nyitott kérdések rövid, követhető rögzítéséhez.</w:t>
      </w:r>
    </w:p>
    <w:p>
      <w:pPr>
        <w:spacing w:after="20"/>
      </w:pPr>
      <w:r>
        <w:rPr>
          <w:b/>
          <w:sz w:val="16"/>
        </w:rPr>
        <w:t>Meeting / egyeztetés témája:</w:t>
      </w:r>
      <w:r>
        <w:t xml:space="preserve">  _________________________________________________________________</w:t>
      </w:r>
    </w:p>
    <w:p>
      <w:pPr>
        <w:spacing w:after="20"/>
      </w:pPr>
      <w:r>
        <w:rPr>
          <w:b/>
          <w:sz w:val="16"/>
        </w:rPr>
        <w:t>Dátum:</w:t>
      </w:r>
      <w:r>
        <w:t xml:space="preserve">  _________________________________________________________________</w:t>
      </w:r>
    </w:p>
    <w:p>
      <w:pPr>
        <w:spacing w:after="20"/>
      </w:pPr>
      <w:r>
        <w:rPr>
          <w:b/>
          <w:sz w:val="16"/>
        </w:rPr>
        <w:t>Résztvevők:</w:t>
      </w:r>
      <w:r>
        <w:t xml:space="preserve">  _________________________________________________________________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A meeting célja</w:t>
      </w:r>
    </w:p>
    <w:p>
      <w:pPr>
        <w:spacing w:after="20"/>
      </w:pPr>
      <w:r>
        <w:rPr>
          <w:sz w:val="16"/>
        </w:rPr>
        <w:t>Miért ültünk össze, és milyen kérdésben kell előrelépni?</w:t>
      </w:r>
    </w:p>
    <w:p>
      <w:pPr>
        <w:spacing w:after="0"/>
      </w:pPr>
      <w:r>
        <w:t>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Meghozott döntések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54"/>
        <w:gridCol w:w="2854"/>
        <w:gridCol w:w="2854"/>
      </w:tblGrid>
      <w:tr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t>Döntés</w:t>
            </w:r>
          </w:p>
        </w:tc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t>Felelős</w:t>
            </w:r>
          </w:p>
        </w:tc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t>Határidő</w:t>
            </w:r>
          </w:p>
        </w:tc>
      </w:tr>
      <w:tr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854"/>
          </w:tcPr>
          <w:p>
            <w:pPr>
              <w:spacing w:after="0"/>
            </w:pPr>
          </w:p>
        </w:tc>
        <w:tc>
          <w:tcPr>
            <w:tcW w:type="dxa" w:w="2854"/>
          </w:tcPr>
          <w:p>
            <w:pPr>
              <w:spacing w:after="0"/>
            </w:pPr>
          </w:p>
        </w:tc>
      </w:tr>
      <w:tr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854"/>
          </w:tcPr>
          <w:p>
            <w:pPr>
              <w:spacing w:after="0"/>
            </w:pPr>
          </w:p>
        </w:tc>
        <w:tc>
          <w:tcPr>
            <w:tcW w:type="dxa" w:w="2854"/>
          </w:tcPr>
          <w:p>
            <w:pPr>
              <w:spacing w:after="0"/>
            </w:pPr>
          </w:p>
        </w:tc>
      </w:tr>
      <w:tr>
        <w:tc>
          <w:tcPr>
            <w:tcW w:type="dxa" w:w="2854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854"/>
          </w:tcPr>
          <w:p>
            <w:pPr>
              <w:spacing w:after="0"/>
            </w:pPr>
          </w:p>
        </w:tc>
        <w:tc>
          <w:tcPr>
            <w:tcW w:type="dxa" w:w="2854"/>
          </w:tcPr>
          <w:p>
            <w:pPr>
              <w:spacing w:after="0"/>
            </w:pPr>
          </w:p>
        </w:tc>
      </w:tr>
    </w:tbl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Következő feladatok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40"/>
        <w:gridCol w:w="2140"/>
        <w:gridCol w:w="2140"/>
        <w:gridCol w:w="2140"/>
      </w:tblGrid>
      <w:tr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t>Feladat</w:t>
            </w:r>
          </w:p>
        </w:tc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t>Felelős</w:t>
            </w:r>
          </w:p>
        </w:tc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t>Határidő</w:t>
            </w:r>
          </w:p>
        </w:tc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t>Státusz</w:t>
            </w:r>
          </w:p>
        </w:tc>
      </w:tr>
      <w:tr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</w:tr>
      <w:tr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</w:tr>
      <w:tr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</w:tr>
      <w:tr>
        <w:tc>
          <w:tcPr>
            <w:tcW w:type="dxa" w:w="2140"/>
          </w:tcPr>
          <w:p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  <w:tc>
          <w:tcPr>
            <w:tcW w:type="dxa" w:w="2140"/>
          </w:tcPr>
          <w:p>
            <w:pPr>
              <w:spacing w:after="0"/>
            </w:pPr>
          </w:p>
        </w:tc>
      </w:tr>
    </w:tbl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Nyitott kérdések / szükséges döntések</w:t>
      </w:r>
    </w:p>
    <w:p>
      <w:pPr>
        <w:spacing w:after="0"/>
      </w:pPr>
      <w:r>
        <w:rPr>
          <w:sz w:val="16"/>
        </w:rPr>
        <w:t>1. _________________________________________________________________</w:t>
      </w:r>
    </w:p>
    <w:p>
      <w:pPr>
        <w:spacing w:after="0"/>
      </w:pPr>
      <w:r>
        <w:rPr>
          <w:sz w:val="16"/>
        </w:rPr>
        <w:t>2. _________________________________________________________________</w:t>
      </w:r>
    </w:p>
    <w:p>
      <w:pPr>
        <w:spacing w:after="0"/>
      </w:pPr>
      <w:r>
        <w:rPr>
          <w:sz w:val="16"/>
        </w:rPr>
        <w:t>3. _________________________________________________________________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5. Következő egyeztetés</w:t>
      </w:r>
    </w:p>
    <w:p>
      <w:pPr>
        <w:spacing w:after="20"/>
      </w:pPr>
      <w:r>
        <w:rPr>
          <w:b/>
          <w:sz w:val="16"/>
        </w:rPr>
        <w:t>Időpont / határidő:</w:t>
      </w:r>
      <w:r>
        <w:t xml:space="preserve">  _________________________________________________________________</w:t>
      </w:r>
    </w:p>
    <w:p>
      <w:pPr>
        <w:spacing w:after="20"/>
      </w:pPr>
      <w:r>
        <w:rPr>
          <w:b/>
          <w:sz w:val="16"/>
        </w:rPr>
        <w:t>Addig elvégzendő legfontosabb lépés:</w:t>
      </w:r>
      <w:r>
        <w:t xml:space="preserve">  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474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