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Y_SIBLINGS_VOICE_EN_CARD_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1" style="position:absolute;margin-left:54.0pt;margin-top:255.6pt;width:324.0pt;height:176.4pt;z-index:251659264;mso-position-horizontal-relative:page;mso-position-vertical-relative:page;" filled="f" stroked="f">
            <v:textbox inset="3pt,3pt,3pt,3pt">
              <w:txbxContent>
                <w:p>
                  <w:pPr>
                    <w:spacing w:before="0" w:after="0" w:line="320" w:lineRule="auto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Y_SIBLINGS_VOICE_EN_CARD_0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2" style="position:absolute;margin-left:54.0pt;margin-top:255.6pt;width:324.0pt;height:176.4pt;z-index:251659264;mso-position-horizontal-relative:page;mso-position-vertical-relative:page;" filled="f" stroked="f">
            <v:textbox inset="3pt,3pt,3pt,3pt">
              <w:txbxContent>
                <w:p>
                  <w:pPr>
                    <w:spacing w:before="0" w:after="0" w:line="320" w:lineRule="auto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Y_SIBLINGS_VOICE_EN_CARD_0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3" style="position:absolute;margin-left:54.0pt;margin-top:255.6pt;width:324.0pt;height:176.4pt;z-index:251659264;mso-position-horizontal-relative:page;mso-position-vertical-relative:page;" filled="f" stroked="f">
            <v:textbox inset="3pt,3pt,3pt,3pt">
              <w:txbxContent>
                <w:p>
                  <w:pPr>
                    <w:spacing w:before="0" w:after="0" w:line="320" w:lineRule="auto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Y_SIBLINGS_VOICE_EN_CARD_0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4" style="position:absolute;margin-left:54.0pt;margin-top:255.6pt;width:324.0pt;height:176.4pt;z-index:251659264;mso-position-horizontal-relative:page;mso-position-vertical-relative:page;" filled="f" stroked="f">
            <v:textbox inset="3pt,3pt,3pt,3pt">
              <w:txbxContent>
                <w:p>
                  <w:pPr>
                    <w:spacing w:before="0" w:after="0" w:line="320" w:lineRule="auto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Y_SIBLINGS_VOICE_EN_CARD_05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5" style="position:absolute;margin-left:54.0pt;margin-top:255.6pt;width:324.0pt;height:176.4pt;z-index:251659264;mso-position-horizontal-relative:page;mso-position-vertical-relative:page;" filled="f" stroked="f">
            <v:textbox inset="3pt,3pt,3pt,3pt">
              <w:txbxContent>
                <w:p>
                  <w:pPr>
                    <w:spacing w:before="0" w:after="0" w:line="320" w:lineRule="auto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Y_SIBLINGS_VOICE_EN_CARD_06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6" style="position:absolute;margin-left:54.0pt;margin-top:255.6pt;width:324.0pt;height:176.4pt;z-index:251659264;mso-position-horizontal-relative:page;mso-position-vertical-relative:page;" filled="f" stroked="f">
            <v:textbox inset="3pt,3pt,3pt,3pt">
              <w:txbxContent>
                <w:p>
                  <w:pPr>
                    <w:spacing w:before="0" w:after="0" w:line="320" w:lineRule="auto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Y_SIBLINGS_VOICE_EN_CARD_07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7" style="position:absolute;margin-left:54.0pt;margin-top:255.6pt;width:324.0pt;height:176.4pt;z-index:251659264;mso-position-horizontal-relative:page;mso-position-vertical-relative:page;" filled="f" stroked="f">
            <v:textbox inset="3pt,3pt,3pt,3pt">
              <w:txbxContent>
                <w:p>
                  <w:pPr>
                    <w:spacing w:before="0" w:after="0" w:line="320" w:lineRule="auto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Y_SIBLINGS_VOICE_EN_CARD_08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8" style="position:absolute;margin-left:54.0pt;margin-top:255.6pt;width:324.0pt;height:176.4pt;z-index:251659264;mso-position-horizontal-relative:page;mso-position-vertical-relative:page;" filled="f" stroked="f">
            <v:textbox inset="3pt,3pt,3pt,3pt">
              <w:txbxContent>
                <w:p>
                  <w:pPr>
                    <w:spacing w:before="0" w:after="0" w:line="320" w:lineRule="auto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Y_SIBLINGS_VOICE_EN_CARD_09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9" style="position:absolute;margin-left:54.0pt;margin-top:255.6pt;width:324.0pt;height:176.4pt;z-index:251659264;mso-position-horizontal-relative:page;mso-position-vertical-relative:page;" filled="f" stroked="f">
            <v:textbox inset="3pt,3pt,3pt,3pt">
              <w:txbxContent>
                <w:p>
                  <w:pPr>
                    <w:spacing w:before="0" w:after="0" w:line="320" w:lineRule="auto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Y_SIBLINGS_VOICE_EN_CARD_10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10" style="position:absolute;margin-left:54.0pt;margin-top:255.6pt;width:324.0pt;height:176.4pt;z-index:251659264;mso-position-horizontal-relative:page;mso-position-vertical-relative:page;" filled="f" stroked="f">
            <v:textbox inset="3pt,3pt,3pt,3pt">
              <w:txbxContent>
                <w:p>
                  <w:pPr>
                    <w:spacing w:before="0" w:after="0" w:line="320" w:lineRule="auto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sectPr w:rsidR="00FC693F" w:rsidRPr="0006063C" w:rsidSect="00034616">
      <w:pgSz w:w="8640" w:h="1152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MY SIBLINGS VOICE 10 QUESTION CARDS EN EDITABLE FINAL</dc:title>
  <dc:subject>Editable question cards</dc:subject>
  <dc:creator>Katalin Szabó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