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486400" cy="82296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nya_és_lánya_kérdései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9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8640" w:h="12960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/>
        <w:jc w:val="center"/>
      </w:pPr>
      <w:r>
        <w:rPr>
          <w:rFonts w:ascii="EB Garamond" w:hAnsi="EB Garamond"/>
          <w:b/>
          <w:i w:val="0"/>
          <w:color w:val="4E2831"/>
          <w:sz w:val="18"/>
        </w:rPr>
        <w:t>GYERMEKEMNEK • LÁNYOM HANGJA</w:t>
      </w:r>
    </w:p>
    <w:p>
      <w:pPr>
        <w:spacing w:before="0" w:after="0"/>
        <w:jc w:val="center"/>
      </w:pPr>
      <w:r>
        <w:rPr>
          <w:rFonts w:ascii="EB Garamond" w:hAnsi="EB Garamond"/>
          <w:b/>
          <w:i w:val="0"/>
          <w:color w:val="C4932E"/>
          <w:sz w:val="20"/>
        </w:rPr>
        <w:t xml:space="preserve">—  </w:t>
      </w:r>
      <w:r>
        <w:rPr>
          <w:rFonts w:ascii="DejaVu Serif" w:hAnsi="DejaVu Serif"/>
          <w:b/>
          <w:i w:val="0"/>
          <w:color w:val="C4932E"/>
          <w:sz w:val="19"/>
        </w:rPr>
        <w:t>♥</w:t>
      </w:r>
      <w:r>
        <w:rPr>
          <w:rFonts w:ascii="EB Garamond" w:hAnsi="EB Garamond"/>
          <w:b/>
          <w:i w:val="0"/>
          <w:color w:val="C4932E"/>
          <w:sz w:val="20"/>
        </w:rPr>
        <w:t xml:space="preserve">  —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258"/>
      </w:tblGrid>
      <w:tr>
        <w:tc>
          <w:tcPr>
            <w:tcW w:type="dxa" w:w="3312"/>
            <w:shd w:fill="FBE8E5"/>
            <w:tcBorders>
              <w:top w:val="single" w:sz="10" w:color="C89A3D" w:space="0"/>
              <w:left w:val="single" w:sz="10" w:color="C89A3D" w:space="0"/>
              <w:bottom w:val="single" w:sz="10" w:color="C89A3D" w:space="0"/>
              <w:right w:val="single" w:sz="10" w:color="C89A3D" w:space="0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EB Garamond" w:hAnsi="EB Garamond"/>
                <w:b/>
                <w:i w:val="0"/>
                <w:color w:val="4E2831"/>
                <w:sz w:val="23"/>
              </w:rPr>
              <w:t>1. KÁRTYA</w:t>
            </w:r>
          </w:p>
        </w:tc>
      </w:tr>
    </w:tbl>
    <w:p>
      <w:pPr>
        <w:spacing w:before="60" w:after="0"/>
        <w:jc w:val="center"/>
      </w:pPr>
      <w:r>
        <w:rPr>
          <w:rFonts w:ascii="EB Garamond" w:hAnsi="EB Garamond"/>
          <w:b/>
          <w:i w:val="0"/>
          <w:color w:val="A85A64"/>
          <w:sz w:val="54"/>
        </w:rPr>
        <w:t>AMI MOST FONTOS NEKEM</w:t>
      </w:r>
    </w:p>
    <w:p>
      <w:pPr>
        <w:spacing w:before="0" w:after="0"/>
        <w:jc w:val="center"/>
      </w:pPr>
      <w:r>
        <w:rPr>
          <w:rFonts w:ascii="EB Garamond" w:hAnsi="EB Garamond"/>
          <w:b/>
          <w:i w:val="0"/>
          <w:color w:val="C4932E"/>
          <w:sz w:val="20"/>
        </w:rPr>
        <w:t xml:space="preserve">—  </w:t>
      </w:r>
      <w:r>
        <w:rPr>
          <w:rFonts w:ascii="DejaVu Serif" w:hAnsi="DejaVu Serif"/>
          <w:b/>
          <w:i w:val="0"/>
          <w:color w:val="C4932E"/>
          <w:sz w:val="19"/>
        </w:rPr>
        <w:t>♥</w:t>
      </w:r>
      <w:r>
        <w:rPr>
          <w:rFonts w:ascii="EB Garamond" w:hAnsi="EB Garamond"/>
          <w:b/>
          <w:i w:val="0"/>
          <w:color w:val="C4932E"/>
          <w:sz w:val="20"/>
        </w:rPr>
        <w:t xml:space="preserve">  —</w:t>
      </w:r>
    </w:p>
    <w:p>
      <w:pPr>
        <w:spacing w:before="0" w:after="60"/>
        <w:jc w:val="center"/>
      </w:pPr>
      <w:r>
        <w:rPr>
          <w:rFonts w:ascii="GFS Baskerville" w:hAnsi="GFS Baskerville"/>
          <w:b w:val="0"/>
          <w:i w:val="0"/>
          <w:color w:val="4D2028"/>
          <w:sz w:val="24"/>
        </w:rPr>
        <w:t>Mi az, ami mostanában igazán foglalkoztat, ami örömet ad, vagy ami nehéz neked?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258"/>
      </w:tblGrid>
      <w:tr>
        <w:trPr>
          <w:trHeight w:val="4200" w:hRule="atLeast"/>
        </w:trPr>
        <w:tc>
          <w:tcPr>
            <w:tcW w:type="dxa" w:w="7258"/>
            <w:shd w:fill="FDF0EF"/>
            <w:tcBorders>
              <w:top w:val="single" w:sz="9" w:color="C89A3D" w:space="0"/>
              <w:left w:val="single" w:sz="9" w:color="C89A3D" w:space="0"/>
              <w:bottom w:val="single" w:sz="9" w:color="C89A3D" w:space="0"/>
              <w:right w:val="single" w:sz="9" w:color="C89A3D" w:space="0"/>
            </w:tcBorders>
          </w:tcPr>
          <w:p>
            <w:pPr>
              <w:spacing w:before="140" w:after="0"/>
            </w:pPr>
            <w:r>
              <w:rPr>
                <w:rFonts w:ascii="EB Garamond" w:hAnsi="EB Garamond"/>
                <w:b w:val="0"/>
                <w:i/>
                <w:color w:val="B16B72"/>
                <w:sz w:val="23"/>
              </w:rPr>
              <w:t>Írd ide a válaszod…</w:t>
            </w:r>
          </w:p>
        </w:tc>
      </w:tr>
    </w:tbl>
    <w:p>
      <w:pPr>
        <w:spacing w:before="0" w:after="0"/>
        <w:jc w:val="center"/>
      </w:pPr>
      <w:r>
        <w:rPr>
          <w:rFonts w:ascii="EB Garamond" w:hAnsi="EB Garamond"/>
          <w:b/>
          <w:i w:val="0"/>
          <w:color w:val="C4932E"/>
          <w:sz w:val="20"/>
        </w:rPr>
        <w:t xml:space="preserve">—  </w:t>
      </w:r>
      <w:r>
        <w:rPr>
          <w:rFonts w:ascii="DejaVu Serif" w:hAnsi="DejaVu Serif"/>
          <w:b/>
          <w:i w:val="0"/>
          <w:color w:val="C4932E"/>
          <w:sz w:val="19"/>
        </w:rPr>
        <w:t>♥</w:t>
      </w:r>
      <w:r>
        <w:rPr>
          <w:rFonts w:ascii="EB Garamond" w:hAnsi="EB Garamond"/>
          <w:b/>
          <w:i w:val="0"/>
          <w:color w:val="C4932E"/>
          <w:sz w:val="20"/>
        </w:rPr>
        <w:t xml:space="preserve">  —</w:t>
      </w:r>
    </w:p>
    <w:p>
      <w:pPr>
        <w:spacing w:before="0" w:after="0"/>
        <w:jc w:val="center"/>
      </w:pPr>
      <w:r>
        <w:rPr>
          <w:rFonts w:ascii="GFS Baskerville" w:hAnsi="GFS Baskerville"/>
          <w:b w:val="0"/>
          <w:i w:val="0"/>
          <w:color w:val="4D2028"/>
          <w:sz w:val="21"/>
        </w:rPr>
        <w:t>A te hangod fontos.</w:t>
      </w:r>
    </w:p>
    <w:p>
      <w:pPr>
        <w:spacing w:before="0" w:after="0"/>
        <w:jc w:val="center"/>
      </w:pPr>
      <w:r>
        <w:rPr>
          <w:rFonts w:ascii="EB Garamond" w:hAnsi="EB Garamond"/>
          <w:b w:val="0"/>
          <w:i/>
          <w:color w:val="A85A64"/>
          <w:sz w:val="21"/>
        </w:rPr>
        <w:t>Közelebb egymáshoz, kérdésről kérdésre.</w:t>
      </w:r>
    </w:p>
    <w:p>
      <w:pPr>
        <w:spacing w:before="0" w:after="0"/>
        <w:jc w:val="center"/>
      </w:pPr>
      <w:r>
        <w:rPr>
          <w:rFonts w:ascii="EB Garamond" w:hAnsi="EB Garamond"/>
          <w:b w:val="0"/>
          <w:i w:val="0"/>
          <w:color w:val="4E2831"/>
          <w:sz w:val="18"/>
        </w:rPr>
        <w:t>Szabó Katalin</w:t>
      </w:r>
    </w:p>
    <w:p>
      <w:r>
        <w:br w:type="page"/>
      </w:r>
    </w:p>
    <w:p>
      <w:pPr>
        <w:spacing w:before="0" w:after="0"/>
        <w:jc w:val="center"/>
      </w:pPr>
      <w:r>
        <w:rPr>
          <w:rFonts w:ascii="EB Garamond" w:hAnsi="EB Garamond"/>
          <w:b/>
          <w:i w:val="0"/>
          <w:color w:val="4E2831"/>
          <w:sz w:val="18"/>
        </w:rPr>
        <w:t>GYERMEKEMNEK • LÁNYOM HANGJA</w:t>
      </w:r>
    </w:p>
    <w:p>
      <w:pPr>
        <w:spacing w:before="0" w:after="0"/>
        <w:jc w:val="center"/>
      </w:pPr>
      <w:r>
        <w:rPr>
          <w:rFonts w:ascii="EB Garamond" w:hAnsi="EB Garamond"/>
          <w:b/>
          <w:i w:val="0"/>
          <w:color w:val="C4932E"/>
          <w:sz w:val="20"/>
        </w:rPr>
        <w:t xml:space="preserve">—  </w:t>
      </w:r>
      <w:r>
        <w:rPr>
          <w:rFonts w:ascii="DejaVu Serif" w:hAnsi="DejaVu Serif"/>
          <w:b/>
          <w:i w:val="0"/>
          <w:color w:val="C4932E"/>
          <w:sz w:val="19"/>
        </w:rPr>
        <w:t>♥</w:t>
      </w:r>
      <w:r>
        <w:rPr>
          <w:rFonts w:ascii="EB Garamond" w:hAnsi="EB Garamond"/>
          <w:b/>
          <w:i w:val="0"/>
          <w:color w:val="C4932E"/>
          <w:sz w:val="20"/>
        </w:rPr>
        <w:t xml:space="preserve">  —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258"/>
      </w:tblGrid>
      <w:tr>
        <w:tc>
          <w:tcPr>
            <w:tcW w:type="dxa" w:w="3312"/>
            <w:shd w:fill="FBE8E5"/>
            <w:tcBorders>
              <w:top w:val="single" w:sz="10" w:color="C89A3D" w:space="0"/>
              <w:left w:val="single" w:sz="10" w:color="C89A3D" w:space="0"/>
              <w:bottom w:val="single" w:sz="10" w:color="C89A3D" w:space="0"/>
              <w:right w:val="single" w:sz="10" w:color="C89A3D" w:space="0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EB Garamond" w:hAnsi="EB Garamond"/>
                <w:b/>
                <w:i w:val="0"/>
                <w:color w:val="4E2831"/>
                <w:sz w:val="23"/>
              </w:rPr>
              <w:t>2. KÁRTYA</w:t>
            </w:r>
          </w:p>
        </w:tc>
      </w:tr>
    </w:tbl>
    <w:p>
      <w:pPr>
        <w:spacing w:before="60" w:after="0"/>
        <w:jc w:val="center"/>
      </w:pPr>
      <w:r>
        <w:rPr>
          <w:rFonts w:ascii="EB Garamond" w:hAnsi="EB Garamond"/>
          <w:b/>
          <w:i w:val="0"/>
          <w:color w:val="A85A64"/>
          <w:sz w:val="54"/>
        </w:rPr>
        <w:t>AMIT JÓ LENNE, HA TUDNÁL</w:t>
      </w:r>
    </w:p>
    <w:p>
      <w:pPr>
        <w:spacing w:before="0" w:after="0"/>
        <w:jc w:val="center"/>
      </w:pPr>
      <w:r>
        <w:rPr>
          <w:rFonts w:ascii="EB Garamond" w:hAnsi="EB Garamond"/>
          <w:b/>
          <w:i w:val="0"/>
          <w:color w:val="C4932E"/>
          <w:sz w:val="20"/>
        </w:rPr>
        <w:t xml:space="preserve">—  </w:t>
      </w:r>
      <w:r>
        <w:rPr>
          <w:rFonts w:ascii="DejaVu Serif" w:hAnsi="DejaVu Serif"/>
          <w:b/>
          <w:i w:val="0"/>
          <w:color w:val="C4932E"/>
          <w:sz w:val="19"/>
        </w:rPr>
        <w:t>♥</w:t>
      </w:r>
      <w:r>
        <w:rPr>
          <w:rFonts w:ascii="EB Garamond" w:hAnsi="EB Garamond"/>
          <w:b/>
          <w:i w:val="0"/>
          <w:color w:val="C4932E"/>
          <w:sz w:val="20"/>
        </w:rPr>
        <w:t xml:space="preserve">  —</w:t>
      </w:r>
    </w:p>
    <w:p>
      <w:pPr>
        <w:spacing w:before="0" w:after="60"/>
        <w:jc w:val="center"/>
      </w:pPr>
      <w:r>
        <w:rPr>
          <w:rFonts w:ascii="GFS Baskerville" w:hAnsi="GFS Baskerville"/>
          <w:b w:val="0"/>
          <w:i w:val="0"/>
          <w:color w:val="4D2028"/>
          <w:sz w:val="24"/>
        </w:rPr>
        <w:t>Van valami, amit szeretnél, ha tudnék rólad? Valami, ami fontos neked, és szívesen megosztanál velem?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258"/>
      </w:tblGrid>
      <w:tr>
        <w:trPr>
          <w:trHeight w:val="4200" w:hRule="atLeast"/>
        </w:trPr>
        <w:tc>
          <w:tcPr>
            <w:tcW w:type="dxa" w:w="7258"/>
            <w:shd w:fill="FDF0EF"/>
            <w:tcBorders>
              <w:top w:val="single" w:sz="9" w:color="C89A3D" w:space="0"/>
              <w:left w:val="single" w:sz="9" w:color="C89A3D" w:space="0"/>
              <w:bottom w:val="single" w:sz="9" w:color="C89A3D" w:space="0"/>
              <w:right w:val="single" w:sz="9" w:color="C89A3D" w:space="0"/>
            </w:tcBorders>
          </w:tcPr>
          <w:p>
            <w:pPr>
              <w:spacing w:before="140" w:after="0"/>
            </w:pPr>
            <w:r>
              <w:rPr>
                <w:rFonts w:ascii="EB Garamond" w:hAnsi="EB Garamond"/>
                <w:b w:val="0"/>
                <w:i/>
                <w:color w:val="B16B72"/>
                <w:sz w:val="23"/>
              </w:rPr>
              <w:t>Írd ide a válaszod…</w:t>
            </w:r>
          </w:p>
        </w:tc>
      </w:tr>
    </w:tbl>
    <w:p>
      <w:pPr>
        <w:spacing w:before="0" w:after="0"/>
        <w:jc w:val="center"/>
      </w:pPr>
      <w:r>
        <w:rPr>
          <w:rFonts w:ascii="EB Garamond" w:hAnsi="EB Garamond"/>
          <w:b/>
          <w:i w:val="0"/>
          <w:color w:val="C4932E"/>
          <w:sz w:val="20"/>
        </w:rPr>
        <w:t xml:space="preserve">—  </w:t>
      </w:r>
      <w:r>
        <w:rPr>
          <w:rFonts w:ascii="DejaVu Serif" w:hAnsi="DejaVu Serif"/>
          <w:b/>
          <w:i w:val="0"/>
          <w:color w:val="C4932E"/>
          <w:sz w:val="19"/>
        </w:rPr>
        <w:t>♥</w:t>
      </w:r>
      <w:r>
        <w:rPr>
          <w:rFonts w:ascii="EB Garamond" w:hAnsi="EB Garamond"/>
          <w:b/>
          <w:i w:val="0"/>
          <w:color w:val="C4932E"/>
          <w:sz w:val="20"/>
        </w:rPr>
        <w:t xml:space="preserve">  —</w:t>
      </w:r>
    </w:p>
    <w:p>
      <w:pPr>
        <w:spacing w:before="0" w:after="0"/>
        <w:jc w:val="center"/>
      </w:pPr>
      <w:r>
        <w:rPr>
          <w:rFonts w:ascii="GFS Baskerville" w:hAnsi="GFS Baskerville"/>
          <w:b w:val="0"/>
          <w:i w:val="0"/>
          <w:color w:val="4D2028"/>
          <w:sz w:val="21"/>
        </w:rPr>
        <w:t>Az őszinteség közelebb visz.</w:t>
      </w:r>
    </w:p>
    <w:p>
      <w:pPr>
        <w:spacing w:before="0" w:after="0"/>
        <w:jc w:val="center"/>
      </w:pPr>
      <w:r>
        <w:rPr>
          <w:rFonts w:ascii="EB Garamond" w:hAnsi="EB Garamond"/>
          <w:b w:val="0"/>
          <w:i/>
          <w:color w:val="A85A64"/>
          <w:sz w:val="21"/>
        </w:rPr>
        <w:t>Közelebb egymáshoz, kérdésről kérdésre.</w:t>
      </w:r>
    </w:p>
    <w:p>
      <w:pPr>
        <w:spacing w:before="0" w:after="0"/>
        <w:jc w:val="center"/>
      </w:pPr>
      <w:r>
        <w:rPr>
          <w:rFonts w:ascii="EB Garamond" w:hAnsi="EB Garamond"/>
          <w:b w:val="0"/>
          <w:i w:val="0"/>
          <w:color w:val="4E2831"/>
          <w:sz w:val="18"/>
        </w:rPr>
        <w:t>Szabó Katalin</w:t>
      </w:r>
    </w:p>
    <w:p>
      <w:r>
        <w:br w:type="page"/>
      </w:r>
    </w:p>
    <w:p>
      <w:pPr>
        <w:spacing w:before="0" w:after="0"/>
        <w:jc w:val="center"/>
      </w:pPr>
      <w:r>
        <w:rPr>
          <w:rFonts w:ascii="EB Garamond" w:hAnsi="EB Garamond"/>
          <w:b/>
          <w:i w:val="0"/>
          <w:color w:val="4E2831"/>
          <w:sz w:val="18"/>
        </w:rPr>
        <w:t>GYERMEKEMNEK • LÁNYOM HANGJA</w:t>
      </w:r>
    </w:p>
    <w:p>
      <w:pPr>
        <w:spacing w:before="0" w:after="0"/>
        <w:jc w:val="center"/>
      </w:pPr>
      <w:r>
        <w:rPr>
          <w:rFonts w:ascii="EB Garamond" w:hAnsi="EB Garamond"/>
          <w:b/>
          <w:i w:val="0"/>
          <w:color w:val="C4932E"/>
          <w:sz w:val="20"/>
        </w:rPr>
        <w:t xml:space="preserve">—  </w:t>
      </w:r>
      <w:r>
        <w:rPr>
          <w:rFonts w:ascii="DejaVu Serif" w:hAnsi="DejaVu Serif"/>
          <w:b/>
          <w:i w:val="0"/>
          <w:color w:val="C4932E"/>
          <w:sz w:val="19"/>
        </w:rPr>
        <w:t>♥</w:t>
      </w:r>
      <w:r>
        <w:rPr>
          <w:rFonts w:ascii="EB Garamond" w:hAnsi="EB Garamond"/>
          <w:b/>
          <w:i w:val="0"/>
          <w:color w:val="C4932E"/>
          <w:sz w:val="20"/>
        </w:rPr>
        <w:t xml:space="preserve">  —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258"/>
      </w:tblGrid>
      <w:tr>
        <w:tc>
          <w:tcPr>
            <w:tcW w:type="dxa" w:w="3312"/>
            <w:shd w:fill="FBE8E5"/>
            <w:tcBorders>
              <w:top w:val="single" w:sz="10" w:color="C89A3D" w:space="0"/>
              <w:left w:val="single" w:sz="10" w:color="C89A3D" w:space="0"/>
              <w:bottom w:val="single" w:sz="10" w:color="C89A3D" w:space="0"/>
              <w:right w:val="single" w:sz="10" w:color="C89A3D" w:space="0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EB Garamond" w:hAnsi="EB Garamond"/>
                <w:b/>
                <w:i w:val="0"/>
                <w:color w:val="4E2831"/>
                <w:sz w:val="23"/>
              </w:rPr>
              <w:t>3. KÁRTYA</w:t>
            </w:r>
          </w:p>
        </w:tc>
      </w:tr>
    </w:tbl>
    <w:p>
      <w:pPr>
        <w:spacing w:before="60" w:after="0"/>
        <w:jc w:val="center"/>
      </w:pPr>
      <w:r>
        <w:rPr>
          <w:rFonts w:ascii="EB Garamond" w:hAnsi="EB Garamond"/>
          <w:b/>
          <w:i w:val="0"/>
          <w:color w:val="A85A64"/>
          <w:sz w:val="54"/>
        </w:rPr>
        <w:t>EGY SZÉP KÖZÖS EMLÉK</w:t>
      </w:r>
    </w:p>
    <w:p>
      <w:pPr>
        <w:spacing w:before="0" w:after="0"/>
        <w:jc w:val="center"/>
      </w:pPr>
      <w:r>
        <w:rPr>
          <w:rFonts w:ascii="EB Garamond" w:hAnsi="EB Garamond"/>
          <w:b/>
          <w:i w:val="0"/>
          <w:color w:val="C4932E"/>
          <w:sz w:val="20"/>
        </w:rPr>
        <w:t xml:space="preserve">—  </w:t>
      </w:r>
      <w:r>
        <w:rPr>
          <w:rFonts w:ascii="DejaVu Serif" w:hAnsi="DejaVu Serif"/>
          <w:b/>
          <w:i w:val="0"/>
          <w:color w:val="C4932E"/>
          <w:sz w:val="19"/>
        </w:rPr>
        <w:t>♥</w:t>
      </w:r>
      <w:r>
        <w:rPr>
          <w:rFonts w:ascii="EB Garamond" w:hAnsi="EB Garamond"/>
          <w:b/>
          <w:i w:val="0"/>
          <w:color w:val="C4932E"/>
          <w:sz w:val="20"/>
        </w:rPr>
        <w:t xml:space="preserve">  —</w:t>
      </w:r>
    </w:p>
    <w:p>
      <w:pPr>
        <w:spacing w:before="0" w:after="60"/>
        <w:jc w:val="center"/>
      </w:pPr>
      <w:r>
        <w:rPr>
          <w:rFonts w:ascii="GFS Baskerville" w:hAnsi="GFS Baskerville"/>
          <w:b w:val="0"/>
          <w:i w:val="0"/>
          <w:color w:val="4D2028"/>
          <w:sz w:val="24"/>
        </w:rPr>
        <w:t>Melyik közös emlékünkre gondolsz vissza a legszívesebben, és miért éppen arra?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258"/>
      </w:tblGrid>
      <w:tr>
        <w:trPr>
          <w:trHeight w:val="4200" w:hRule="atLeast"/>
        </w:trPr>
        <w:tc>
          <w:tcPr>
            <w:tcW w:type="dxa" w:w="7258"/>
            <w:shd w:fill="FDF0EF"/>
            <w:tcBorders>
              <w:top w:val="single" w:sz="9" w:color="C89A3D" w:space="0"/>
              <w:left w:val="single" w:sz="9" w:color="C89A3D" w:space="0"/>
              <w:bottom w:val="single" w:sz="9" w:color="C89A3D" w:space="0"/>
              <w:right w:val="single" w:sz="9" w:color="C89A3D" w:space="0"/>
            </w:tcBorders>
          </w:tcPr>
          <w:p>
            <w:pPr>
              <w:spacing w:before="140" w:after="0"/>
            </w:pPr>
            <w:r>
              <w:rPr>
                <w:rFonts w:ascii="EB Garamond" w:hAnsi="EB Garamond"/>
                <w:b w:val="0"/>
                <w:i/>
                <w:color w:val="B16B72"/>
                <w:sz w:val="23"/>
              </w:rPr>
              <w:t>Írd ide a válaszod…</w:t>
            </w:r>
          </w:p>
        </w:tc>
      </w:tr>
    </w:tbl>
    <w:p>
      <w:pPr>
        <w:spacing w:before="0" w:after="0"/>
        <w:jc w:val="center"/>
      </w:pPr>
      <w:r>
        <w:rPr>
          <w:rFonts w:ascii="EB Garamond" w:hAnsi="EB Garamond"/>
          <w:b/>
          <w:i w:val="0"/>
          <w:color w:val="C4932E"/>
          <w:sz w:val="20"/>
        </w:rPr>
        <w:t xml:space="preserve">—  </w:t>
      </w:r>
      <w:r>
        <w:rPr>
          <w:rFonts w:ascii="DejaVu Serif" w:hAnsi="DejaVu Serif"/>
          <w:b/>
          <w:i w:val="0"/>
          <w:color w:val="C4932E"/>
          <w:sz w:val="19"/>
        </w:rPr>
        <w:t>♥</w:t>
      </w:r>
      <w:r>
        <w:rPr>
          <w:rFonts w:ascii="EB Garamond" w:hAnsi="EB Garamond"/>
          <w:b/>
          <w:i w:val="0"/>
          <w:color w:val="C4932E"/>
          <w:sz w:val="20"/>
        </w:rPr>
        <w:t xml:space="preserve">  —</w:t>
      </w:r>
    </w:p>
    <w:p>
      <w:pPr>
        <w:spacing w:before="0" w:after="0"/>
        <w:jc w:val="center"/>
      </w:pPr>
      <w:r>
        <w:rPr>
          <w:rFonts w:ascii="GFS Baskerville" w:hAnsi="GFS Baskerville"/>
          <w:b w:val="0"/>
          <w:i w:val="0"/>
          <w:color w:val="4D2028"/>
          <w:sz w:val="21"/>
        </w:rPr>
        <w:t>Az emlékek összekötnek.</w:t>
      </w:r>
    </w:p>
    <w:p>
      <w:pPr>
        <w:spacing w:before="0" w:after="0"/>
        <w:jc w:val="center"/>
      </w:pPr>
      <w:r>
        <w:rPr>
          <w:rFonts w:ascii="EB Garamond" w:hAnsi="EB Garamond"/>
          <w:b w:val="0"/>
          <w:i/>
          <w:color w:val="A85A64"/>
          <w:sz w:val="21"/>
        </w:rPr>
        <w:t>Közelebb egymáshoz, kérdésről kérdésre.</w:t>
      </w:r>
    </w:p>
    <w:p>
      <w:pPr>
        <w:spacing w:before="0" w:after="0"/>
        <w:jc w:val="center"/>
      </w:pPr>
      <w:r>
        <w:rPr>
          <w:rFonts w:ascii="EB Garamond" w:hAnsi="EB Garamond"/>
          <w:b w:val="0"/>
          <w:i w:val="0"/>
          <w:color w:val="4E2831"/>
          <w:sz w:val="18"/>
        </w:rPr>
        <w:t>Szabó Katalin</w:t>
      </w:r>
    </w:p>
    <w:p>
      <w:r>
        <w:br w:type="page"/>
      </w:r>
    </w:p>
    <w:p>
      <w:pPr>
        <w:spacing w:before="0" w:after="0"/>
        <w:jc w:val="center"/>
      </w:pPr>
      <w:r>
        <w:rPr>
          <w:rFonts w:ascii="EB Garamond" w:hAnsi="EB Garamond"/>
          <w:b/>
          <w:i w:val="0"/>
          <w:color w:val="4E2831"/>
          <w:sz w:val="18"/>
        </w:rPr>
        <w:t>GYERMEKEMNEK • LÁNYOM HANGJA</w:t>
      </w:r>
    </w:p>
    <w:p>
      <w:pPr>
        <w:spacing w:before="0" w:after="0"/>
        <w:jc w:val="center"/>
      </w:pPr>
      <w:r>
        <w:rPr>
          <w:rFonts w:ascii="EB Garamond" w:hAnsi="EB Garamond"/>
          <w:b/>
          <w:i w:val="0"/>
          <w:color w:val="C4932E"/>
          <w:sz w:val="20"/>
        </w:rPr>
        <w:t xml:space="preserve">—  </w:t>
      </w:r>
      <w:r>
        <w:rPr>
          <w:rFonts w:ascii="DejaVu Serif" w:hAnsi="DejaVu Serif"/>
          <w:b/>
          <w:i w:val="0"/>
          <w:color w:val="C4932E"/>
          <w:sz w:val="19"/>
        </w:rPr>
        <w:t>♥</w:t>
      </w:r>
      <w:r>
        <w:rPr>
          <w:rFonts w:ascii="EB Garamond" w:hAnsi="EB Garamond"/>
          <w:b/>
          <w:i w:val="0"/>
          <w:color w:val="C4932E"/>
          <w:sz w:val="20"/>
        </w:rPr>
        <w:t xml:space="preserve">  —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258"/>
      </w:tblGrid>
      <w:tr>
        <w:tc>
          <w:tcPr>
            <w:tcW w:type="dxa" w:w="3312"/>
            <w:shd w:fill="FBE8E5"/>
            <w:tcBorders>
              <w:top w:val="single" w:sz="10" w:color="C89A3D" w:space="0"/>
              <w:left w:val="single" w:sz="10" w:color="C89A3D" w:space="0"/>
              <w:bottom w:val="single" w:sz="10" w:color="C89A3D" w:space="0"/>
              <w:right w:val="single" w:sz="10" w:color="C89A3D" w:space="0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EB Garamond" w:hAnsi="EB Garamond"/>
                <w:b/>
                <w:i w:val="0"/>
                <w:color w:val="4E2831"/>
                <w:sz w:val="23"/>
              </w:rPr>
              <w:t>4. KÁRTYA</w:t>
            </w:r>
          </w:p>
        </w:tc>
      </w:tr>
    </w:tbl>
    <w:p>
      <w:pPr>
        <w:spacing w:before="60" w:after="0"/>
        <w:jc w:val="center"/>
      </w:pPr>
      <w:r>
        <w:rPr>
          <w:rFonts w:ascii="EB Garamond" w:hAnsi="EB Garamond"/>
          <w:b/>
          <w:i w:val="0"/>
          <w:color w:val="A85A64"/>
          <w:sz w:val="54"/>
        </w:rPr>
        <w:t>AMIRE BÜSZKE VAGY</w:t>
      </w:r>
    </w:p>
    <w:p>
      <w:pPr>
        <w:spacing w:before="0" w:after="0"/>
        <w:jc w:val="center"/>
      </w:pPr>
      <w:r>
        <w:rPr>
          <w:rFonts w:ascii="EB Garamond" w:hAnsi="EB Garamond"/>
          <w:b/>
          <w:i w:val="0"/>
          <w:color w:val="C4932E"/>
          <w:sz w:val="20"/>
        </w:rPr>
        <w:t xml:space="preserve">—  </w:t>
      </w:r>
      <w:r>
        <w:rPr>
          <w:rFonts w:ascii="DejaVu Serif" w:hAnsi="DejaVu Serif"/>
          <w:b/>
          <w:i w:val="0"/>
          <w:color w:val="C4932E"/>
          <w:sz w:val="19"/>
        </w:rPr>
        <w:t>♥</w:t>
      </w:r>
      <w:r>
        <w:rPr>
          <w:rFonts w:ascii="EB Garamond" w:hAnsi="EB Garamond"/>
          <w:b/>
          <w:i w:val="0"/>
          <w:color w:val="C4932E"/>
          <w:sz w:val="20"/>
        </w:rPr>
        <w:t xml:space="preserve">  —</w:t>
      </w:r>
    </w:p>
    <w:p>
      <w:pPr>
        <w:spacing w:before="0" w:after="60"/>
        <w:jc w:val="center"/>
      </w:pPr>
      <w:r>
        <w:rPr>
          <w:rFonts w:ascii="GFS Baskerville" w:hAnsi="GFS Baskerville"/>
          <w:b w:val="0"/>
          <w:i w:val="0"/>
          <w:color w:val="4D2028"/>
          <w:sz w:val="24"/>
        </w:rPr>
        <w:t>Mi az a tulajdonságod, amire ma a legbüszkébb vagy?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258"/>
      </w:tblGrid>
      <w:tr>
        <w:trPr>
          <w:trHeight w:val="4200" w:hRule="atLeast"/>
        </w:trPr>
        <w:tc>
          <w:tcPr>
            <w:tcW w:type="dxa" w:w="7258"/>
            <w:shd w:fill="FDF0EF"/>
            <w:tcBorders>
              <w:top w:val="single" w:sz="9" w:color="C89A3D" w:space="0"/>
              <w:left w:val="single" w:sz="9" w:color="C89A3D" w:space="0"/>
              <w:bottom w:val="single" w:sz="9" w:color="C89A3D" w:space="0"/>
              <w:right w:val="single" w:sz="9" w:color="C89A3D" w:space="0"/>
            </w:tcBorders>
          </w:tcPr>
          <w:p>
            <w:pPr>
              <w:spacing w:before="140" w:after="0"/>
            </w:pPr>
            <w:r>
              <w:rPr>
                <w:rFonts w:ascii="EB Garamond" w:hAnsi="EB Garamond"/>
                <w:b w:val="0"/>
                <w:i/>
                <w:color w:val="B16B72"/>
                <w:sz w:val="23"/>
              </w:rPr>
              <w:t>Írd ide a válaszod…</w:t>
            </w:r>
          </w:p>
        </w:tc>
      </w:tr>
    </w:tbl>
    <w:p>
      <w:pPr>
        <w:spacing w:before="0" w:after="0"/>
        <w:jc w:val="center"/>
      </w:pPr>
      <w:r>
        <w:rPr>
          <w:rFonts w:ascii="EB Garamond" w:hAnsi="EB Garamond"/>
          <w:b/>
          <w:i w:val="0"/>
          <w:color w:val="C4932E"/>
          <w:sz w:val="20"/>
        </w:rPr>
        <w:t xml:space="preserve">—  </w:t>
      </w:r>
      <w:r>
        <w:rPr>
          <w:rFonts w:ascii="DejaVu Serif" w:hAnsi="DejaVu Serif"/>
          <w:b/>
          <w:i w:val="0"/>
          <w:color w:val="C4932E"/>
          <w:sz w:val="19"/>
        </w:rPr>
        <w:t>♥</w:t>
      </w:r>
      <w:r>
        <w:rPr>
          <w:rFonts w:ascii="EB Garamond" w:hAnsi="EB Garamond"/>
          <w:b/>
          <w:i w:val="0"/>
          <w:color w:val="C4932E"/>
          <w:sz w:val="20"/>
        </w:rPr>
        <w:t xml:space="preserve">  —</w:t>
      </w:r>
    </w:p>
    <w:p>
      <w:pPr>
        <w:spacing w:before="0" w:after="0"/>
        <w:jc w:val="center"/>
      </w:pPr>
      <w:r>
        <w:rPr>
          <w:rFonts w:ascii="GFS Baskerville" w:hAnsi="GFS Baskerville"/>
          <w:b w:val="0"/>
          <w:i w:val="0"/>
          <w:color w:val="4D2028"/>
          <w:sz w:val="21"/>
        </w:rPr>
        <w:t>A saját hangod és az önmagadról alkotott képed is érték.</w:t>
      </w:r>
    </w:p>
    <w:p>
      <w:pPr>
        <w:spacing w:before="0" w:after="0"/>
        <w:jc w:val="center"/>
      </w:pPr>
      <w:r>
        <w:rPr>
          <w:rFonts w:ascii="EB Garamond" w:hAnsi="EB Garamond"/>
          <w:b w:val="0"/>
          <w:i/>
          <w:color w:val="A85A64"/>
          <w:sz w:val="21"/>
        </w:rPr>
        <w:t>Közelebb egymáshoz, kérdésről kérdésre.</w:t>
      </w:r>
    </w:p>
    <w:p>
      <w:pPr>
        <w:spacing w:before="0" w:after="0"/>
        <w:jc w:val="center"/>
      </w:pPr>
      <w:r>
        <w:rPr>
          <w:rFonts w:ascii="EB Garamond" w:hAnsi="EB Garamond"/>
          <w:b w:val="0"/>
          <w:i w:val="0"/>
          <w:color w:val="4E2831"/>
          <w:sz w:val="18"/>
        </w:rPr>
        <w:t>Szabó Katalin</w:t>
      </w:r>
    </w:p>
    <w:p>
      <w:r>
        <w:br w:type="page"/>
      </w:r>
    </w:p>
    <w:p>
      <w:pPr>
        <w:spacing w:before="0" w:after="0"/>
        <w:jc w:val="center"/>
      </w:pPr>
      <w:r>
        <w:rPr>
          <w:rFonts w:ascii="EB Garamond" w:hAnsi="EB Garamond"/>
          <w:b/>
          <w:i w:val="0"/>
          <w:color w:val="4E2831"/>
          <w:sz w:val="18"/>
        </w:rPr>
        <w:t>GYERMEKEMNEK • LÁNYOM HANGJA</w:t>
      </w:r>
    </w:p>
    <w:p>
      <w:pPr>
        <w:spacing w:before="0" w:after="0"/>
        <w:jc w:val="center"/>
      </w:pPr>
      <w:r>
        <w:rPr>
          <w:rFonts w:ascii="EB Garamond" w:hAnsi="EB Garamond"/>
          <w:b/>
          <w:i w:val="0"/>
          <w:color w:val="C4932E"/>
          <w:sz w:val="20"/>
        </w:rPr>
        <w:t xml:space="preserve">—  </w:t>
      </w:r>
      <w:r>
        <w:rPr>
          <w:rFonts w:ascii="DejaVu Serif" w:hAnsi="DejaVu Serif"/>
          <w:b/>
          <w:i w:val="0"/>
          <w:color w:val="C4932E"/>
          <w:sz w:val="19"/>
        </w:rPr>
        <w:t>♥</w:t>
      </w:r>
      <w:r>
        <w:rPr>
          <w:rFonts w:ascii="EB Garamond" w:hAnsi="EB Garamond"/>
          <w:b/>
          <w:i w:val="0"/>
          <w:color w:val="C4932E"/>
          <w:sz w:val="20"/>
        </w:rPr>
        <w:t xml:space="preserve">  —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258"/>
      </w:tblGrid>
      <w:tr>
        <w:tc>
          <w:tcPr>
            <w:tcW w:type="dxa" w:w="3312"/>
            <w:shd w:fill="FBE8E5"/>
            <w:tcBorders>
              <w:top w:val="single" w:sz="10" w:color="C89A3D" w:space="0"/>
              <w:left w:val="single" w:sz="10" w:color="C89A3D" w:space="0"/>
              <w:bottom w:val="single" w:sz="10" w:color="C89A3D" w:space="0"/>
              <w:right w:val="single" w:sz="10" w:color="C89A3D" w:space="0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EB Garamond" w:hAnsi="EB Garamond"/>
                <w:b/>
                <w:i w:val="0"/>
                <w:color w:val="4E2831"/>
                <w:sz w:val="23"/>
              </w:rPr>
              <w:t>5. KÁRTYA</w:t>
            </w:r>
          </w:p>
        </w:tc>
      </w:tr>
    </w:tbl>
    <w:p>
      <w:pPr>
        <w:spacing w:before="60" w:after="0"/>
        <w:jc w:val="center"/>
      </w:pPr>
      <w:r>
        <w:rPr>
          <w:rFonts w:ascii="EB Garamond" w:hAnsi="EB Garamond"/>
          <w:b/>
          <w:i w:val="0"/>
          <w:color w:val="A85A64"/>
          <w:sz w:val="54"/>
        </w:rPr>
        <w:t>AMIBEN TÁMOGATÁS KELLENE</w:t>
      </w:r>
    </w:p>
    <w:p>
      <w:pPr>
        <w:spacing w:before="0" w:after="0"/>
        <w:jc w:val="center"/>
      </w:pPr>
      <w:r>
        <w:rPr>
          <w:rFonts w:ascii="EB Garamond" w:hAnsi="EB Garamond"/>
          <w:b/>
          <w:i w:val="0"/>
          <w:color w:val="C4932E"/>
          <w:sz w:val="20"/>
        </w:rPr>
        <w:t xml:space="preserve">—  </w:t>
      </w:r>
      <w:r>
        <w:rPr>
          <w:rFonts w:ascii="DejaVu Serif" w:hAnsi="DejaVu Serif"/>
          <w:b/>
          <w:i w:val="0"/>
          <w:color w:val="C4932E"/>
          <w:sz w:val="19"/>
        </w:rPr>
        <w:t>♥</w:t>
      </w:r>
      <w:r>
        <w:rPr>
          <w:rFonts w:ascii="EB Garamond" w:hAnsi="EB Garamond"/>
          <w:b/>
          <w:i w:val="0"/>
          <w:color w:val="C4932E"/>
          <w:sz w:val="20"/>
        </w:rPr>
        <w:t xml:space="preserve">  —</w:t>
      </w:r>
    </w:p>
    <w:p>
      <w:pPr>
        <w:spacing w:before="0" w:after="60"/>
        <w:jc w:val="center"/>
      </w:pPr>
      <w:r>
        <w:rPr>
          <w:rFonts w:ascii="GFS Baskerville" w:hAnsi="GFS Baskerville"/>
          <w:b w:val="0"/>
          <w:i w:val="0"/>
          <w:color w:val="4D2028"/>
          <w:sz w:val="24"/>
        </w:rPr>
        <w:t>Miben esne most a legjobban az én támogatásom? Mi segítene neked igazán?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258"/>
      </w:tblGrid>
      <w:tr>
        <w:trPr>
          <w:trHeight w:val="4200" w:hRule="atLeast"/>
        </w:trPr>
        <w:tc>
          <w:tcPr>
            <w:tcW w:type="dxa" w:w="7258"/>
            <w:shd w:fill="FDF0EF"/>
            <w:tcBorders>
              <w:top w:val="single" w:sz="9" w:color="C89A3D" w:space="0"/>
              <w:left w:val="single" w:sz="9" w:color="C89A3D" w:space="0"/>
              <w:bottom w:val="single" w:sz="9" w:color="C89A3D" w:space="0"/>
              <w:right w:val="single" w:sz="9" w:color="C89A3D" w:space="0"/>
            </w:tcBorders>
          </w:tcPr>
          <w:p>
            <w:pPr>
              <w:spacing w:before="140" w:after="0"/>
            </w:pPr>
            <w:r>
              <w:rPr>
                <w:rFonts w:ascii="EB Garamond" w:hAnsi="EB Garamond"/>
                <w:b w:val="0"/>
                <w:i/>
                <w:color w:val="B16B72"/>
                <w:sz w:val="23"/>
              </w:rPr>
              <w:t>Írd ide a válaszod…</w:t>
            </w:r>
          </w:p>
        </w:tc>
      </w:tr>
    </w:tbl>
    <w:p>
      <w:pPr>
        <w:spacing w:before="0" w:after="0"/>
        <w:jc w:val="center"/>
      </w:pPr>
      <w:r>
        <w:rPr>
          <w:rFonts w:ascii="EB Garamond" w:hAnsi="EB Garamond"/>
          <w:b/>
          <w:i w:val="0"/>
          <w:color w:val="C4932E"/>
          <w:sz w:val="20"/>
        </w:rPr>
        <w:t xml:space="preserve">—  </w:t>
      </w:r>
      <w:r>
        <w:rPr>
          <w:rFonts w:ascii="DejaVu Serif" w:hAnsi="DejaVu Serif"/>
          <w:b/>
          <w:i w:val="0"/>
          <w:color w:val="C4932E"/>
          <w:sz w:val="19"/>
        </w:rPr>
        <w:t>♥</w:t>
      </w:r>
      <w:r>
        <w:rPr>
          <w:rFonts w:ascii="EB Garamond" w:hAnsi="EB Garamond"/>
          <w:b/>
          <w:i w:val="0"/>
          <w:color w:val="C4932E"/>
          <w:sz w:val="20"/>
        </w:rPr>
        <w:t xml:space="preserve">  —</w:t>
      </w:r>
    </w:p>
    <w:p>
      <w:pPr>
        <w:spacing w:before="0" w:after="0"/>
        <w:jc w:val="center"/>
      </w:pPr>
      <w:r>
        <w:rPr>
          <w:rFonts w:ascii="GFS Baskerville" w:hAnsi="GFS Baskerville"/>
          <w:b w:val="0"/>
          <w:i w:val="0"/>
          <w:color w:val="4D2028"/>
          <w:sz w:val="21"/>
        </w:rPr>
        <w:t>A figyelem is lehet segítség.</w:t>
      </w:r>
    </w:p>
    <w:p>
      <w:pPr>
        <w:spacing w:before="0" w:after="0"/>
        <w:jc w:val="center"/>
      </w:pPr>
      <w:r>
        <w:rPr>
          <w:rFonts w:ascii="EB Garamond" w:hAnsi="EB Garamond"/>
          <w:b w:val="0"/>
          <w:i/>
          <w:color w:val="A85A64"/>
          <w:sz w:val="21"/>
        </w:rPr>
        <w:t>Közelebb egymáshoz, kérdésről kérdésre.</w:t>
      </w:r>
    </w:p>
    <w:p>
      <w:pPr>
        <w:spacing w:before="0" w:after="0"/>
        <w:jc w:val="center"/>
      </w:pPr>
      <w:r>
        <w:rPr>
          <w:rFonts w:ascii="EB Garamond" w:hAnsi="EB Garamond"/>
          <w:b w:val="0"/>
          <w:i w:val="0"/>
          <w:color w:val="4E2831"/>
          <w:sz w:val="18"/>
        </w:rPr>
        <w:t>Szabó Katalin</w:t>
      </w:r>
    </w:p>
    <w:p>
      <w:r>
        <w:br w:type="page"/>
      </w:r>
    </w:p>
    <w:p>
      <w:pPr>
        <w:spacing w:before="0" w:after="0"/>
        <w:jc w:val="center"/>
      </w:pPr>
      <w:r>
        <w:rPr>
          <w:rFonts w:ascii="EB Garamond" w:hAnsi="EB Garamond"/>
          <w:b/>
          <w:i w:val="0"/>
          <w:color w:val="4E2831"/>
          <w:sz w:val="18"/>
        </w:rPr>
        <w:t>GYERMEKEMNEK • LÁNYOM HANGJA</w:t>
      </w:r>
    </w:p>
    <w:p>
      <w:pPr>
        <w:spacing w:before="0" w:after="0"/>
        <w:jc w:val="center"/>
      </w:pPr>
      <w:r>
        <w:rPr>
          <w:rFonts w:ascii="EB Garamond" w:hAnsi="EB Garamond"/>
          <w:b/>
          <w:i w:val="0"/>
          <w:color w:val="C4932E"/>
          <w:sz w:val="20"/>
        </w:rPr>
        <w:t xml:space="preserve">—  </w:t>
      </w:r>
      <w:r>
        <w:rPr>
          <w:rFonts w:ascii="DejaVu Serif" w:hAnsi="DejaVu Serif"/>
          <w:b/>
          <w:i w:val="0"/>
          <w:color w:val="C4932E"/>
          <w:sz w:val="19"/>
        </w:rPr>
        <w:t>♥</w:t>
      </w:r>
      <w:r>
        <w:rPr>
          <w:rFonts w:ascii="EB Garamond" w:hAnsi="EB Garamond"/>
          <w:b/>
          <w:i w:val="0"/>
          <w:color w:val="C4932E"/>
          <w:sz w:val="20"/>
        </w:rPr>
        <w:t xml:space="preserve">  —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258"/>
      </w:tblGrid>
      <w:tr>
        <w:tc>
          <w:tcPr>
            <w:tcW w:type="dxa" w:w="3312"/>
            <w:shd w:fill="FBE8E5"/>
            <w:tcBorders>
              <w:top w:val="single" w:sz="10" w:color="C89A3D" w:space="0"/>
              <w:left w:val="single" w:sz="10" w:color="C89A3D" w:space="0"/>
              <w:bottom w:val="single" w:sz="10" w:color="C89A3D" w:space="0"/>
              <w:right w:val="single" w:sz="10" w:color="C89A3D" w:space="0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EB Garamond" w:hAnsi="EB Garamond"/>
                <w:b/>
                <w:i w:val="0"/>
                <w:color w:val="4E2831"/>
                <w:sz w:val="23"/>
              </w:rPr>
              <w:t>6. KÁRTYA</w:t>
            </w:r>
          </w:p>
        </w:tc>
      </w:tr>
    </w:tbl>
    <w:p>
      <w:pPr>
        <w:spacing w:before="60" w:after="0"/>
        <w:jc w:val="center"/>
      </w:pPr>
      <w:r>
        <w:rPr>
          <w:rFonts w:ascii="EB Garamond" w:hAnsi="EB Garamond"/>
          <w:b/>
          <w:i w:val="0"/>
          <w:color w:val="A85A64"/>
          <w:sz w:val="54"/>
        </w:rPr>
        <w:t>AMIT TOVÁBBVINNÉL</w:t>
      </w:r>
    </w:p>
    <w:p>
      <w:pPr>
        <w:spacing w:before="0" w:after="0"/>
        <w:jc w:val="center"/>
      </w:pPr>
      <w:r>
        <w:rPr>
          <w:rFonts w:ascii="EB Garamond" w:hAnsi="EB Garamond"/>
          <w:b/>
          <w:i w:val="0"/>
          <w:color w:val="C4932E"/>
          <w:sz w:val="20"/>
        </w:rPr>
        <w:t xml:space="preserve">—  </w:t>
      </w:r>
      <w:r>
        <w:rPr>
          <w:rFonts w:ascii="DejaVu Serif" w:hAnsi="DejaVu Serif"/>
          <w:b/>
          <w:i w:val="0"/>
          <w:color w:val="C4932E"/>
          <w:sz w:val="19"/>
        </w:rPr>
        <w:t>♥</w:t>
      </w:r>
      <w:r>
        <w:rPr>
          <w:rFonts w:ascii="EB Garamond" w:hAnsi="EB Garamond"/>
          <w:b/>
          <w:i w:val="0"/>
          <w:color w:val="C4932E"/>
          <w:sz w:val="20"/>
        </w:rPr>
        <w:t xml:space="preserve">  —</w:t>
      </w:r>
    </w:p>
    <w:p>
      <w:pPr>
        <w:spacing w:before="0" w:after="60"/>
        <w:jc w:val="center"/>
      </w:pPr>
      <w:r>
        <w:rPr>
          <w:rFonts w:ascii="GFS Baskerville" w:hAnsi="GFS Baskerville"/>
          <w:b w:val="0"/>
          <w:i w:val="0"/>
          <w:color w:val="4D2028"/>
          <w:sz w:val="24"/>
        </w:rPr>
        <w:t>Mi az, amit a kapcsolatunkból vagy az otthonunkból továbbvinnél a saját életedbe?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258"/>
      </w:tblGrid>
      <w:tr>
        <w:trPr>
          <w:trHeight w:val="4200" w:hRule="atLeast"/>
        </w:trPr>
        <w:tc>
          <w:tcPr>
            <w:tcW w:type="dxa" w:w="7258"/>
            <w:shd w:fill="FDF0EF"/>
            <w:tcBorders>
              <w:top w:val="single" w:sz="9" w:color="C89A3D" w:space="0"/>
              <w:left w:val="single" w:sz="9" w:color="C89A3D" w:space="0"/>
              <w:bottom w:val="single" w:sz="9" w:color="C89A3D" w:space="0"/>
              <w:right w:val="single" w:sz="9" w:color="C89A3D" w:space="0"/>
            </w:tcBorders>
          </w:tcPr>
          <w:p>
            <w:pPr>
              <w:spacing w:before="140" w:after="0"/>
            </w:pPr>
            <w:r>
              <w:rPr>
                <w:rFonts w:ascii="EB Garamond" w:hAnsi="EB Garamond"/>
                <w:b w:val="0"/>
                <w:i/>
                <w:color w:val="B16B72"/>
                <w:sz w:val="23"/>
              </w:rPr>
              <w:t>Írd ide a válaszod…</w:t>
            </w:r>
          </w:p>
        </w:tc>
      </w:tr>
    </w:tbl>
    <w:p>
      <w:pPr>
        <w:spacing w:before="0" w:after="0"/>
        <w:jc w:val="center"/>
      </w:pPr>
      <w:r>
        <w:rPr>
          <w:rFonts w:ascii="EB Garamond" w:hAnsi="EB Garamond"/>
          <w:b/>
          <w:i w:val="0"/>
          <w:color w:val="C4932E"/>
          <w:sz w:val="20"/>
        </w:rPr>
        <w:t xml:space="preserve">—  </w:t>
      </w:r>
      <w:r>
        <w:rPr>
          <w:rFonts w:ascii="DejaVu Serif" w:hAnsi="DejaVu Serif"/>
          <w:b/>
          <w:i w:val="0"/>
          <w:color w:val="C4932E"/>
          <w:sz w:val="19"/>
        </w:rPr>
        <w:t>♥</w:t>
      </w:r>
      <w:r>
        <w:rPr>
          <w:rFonts w:ascii="EB Garamond" w:hAnsi="EB Garamond"/>
          <w:b/>
          <w:i w:val="0"/>
          <w:color w:val="C4932E"/>
          <w:sz w:val="20"/>
        </w:rPr>
        <w:t xml:space="preserve">  —</w:t>
      </w:r>
    </w:p>
    <w:p>
      <w:pPr>
        <w:spacing w:before="0" w:after="0"/>
        <w:jc w:val="center"/>
      </w:pPr>
      <w:r>
        <w:rPr>
          <w:rFonts w:ascii="GFS Baskerville" w:hAnsi="GFS Baskerville"/>
          <w:b w:val="0"/>
          <w:i w:val="0"/>
          <w:color w:val="4D2028"/>
          <w:sz w:val="21"/>
        </w:rPr>
        <w:t>A szeretetből is lehet örökség.</w:t>
      </w:r>
    </w:p>
    <w:p>
      <w:pPr>
        <w:spacing w:before="0" w:after="0"/>
        <w:jc w:val="center"/>
      </w:pPr>
      <w:r>
        <w:rPr>
          <w:rFonts w:ascii="EB Garamond" w:hAnsi="EB Garamond"/>
          <w:b w:val="0"/>
          <w:i/>
          <w:color w:val="A85A64"/>
          <w:sz w:val="21"/>
        </w:rPr>
        <w:t>Közelebb egymáshoz, kérdésről kérdésre.</w:t>
      </w:r>
    </w:p>
    <w:p>
      <w:pPr>
        <w:spacing w:before="0" w:after="0"/>
        <w:jc w:val="center"/>
      </w:pPr>
      <w:r>
        <w:rPr>
          <w:rFonts w:ascii="EB Garamond" w:hAnsi="EB Garamond"/>
          <w:b w:val="0"/>
          <w:i w:val="0"/>
          <w:color w:val="4E2831"/>
          <w:sz w:val="18"/>
        </w:rPr>
        <w:t>Szabó Katalin</w:t>
      </w:r>
    </w:p>
    <w:p>
      <w:r>
        <w:br w:type="page"/>
      </w:r>
    </w:p>
    <w:p>
      <w:pPr>
        <w:spacing w:before="0" w:after="0"/>
        <w:jc w:val="center"/>
      </w:pPr>
      <w:r>
        <w:rPr>
          <w:rFonts w:ascii="EB Garamond" w:hAnsi="EB Garamond"/>
          <w:b/>
          <w:i w:val="0"/>
          <w:color w:val="4E2831"/>
          <w:sz w:val="18"/>
        </w:rPr>
        <w:t>GYERMEKEMNEK • LÁNYOM HANGJA</w:t>
      </w:r>
    </w:p>
    <w:p>
      <w:pPr>
        <w:spacing w:before="0" w:after="0"/>
        <w:jc w:val="center"/>
      </w:pPr>
      <w:r>
        <w:rPr>
          <w:rFonts w:ascii="EB Garamond" w:hAnsi="EB Garamond"/>
          <w:b/>
          <w:i w:val="0"/>
          <w:color w:val="C4932E"/>
          <w:sz w:val="20"/>
        </w:rPr>
        <w:t xml:space="preserve">—  </w:t>
      </w:r>
      <w:r>
        <w:rPr>
          <w:rFonts w:ascii="DejaVu Serif" w:hAnsi="DejaVu Serif"/>
          <w:b/>
          <w:i w:val="0"/>
          <w:color w:val="C4932E"/>
          <w:sz w:val="19"/>
        </w:rPr>
        <w:t>♥</w:t>
      </w:r>
      <w:r>
        <w:rPr>
          <w:rFonts w:ascii="EB Garamond" w:hAnsi="EB Garamond"/>
          <w:b/>
          <w:i w:val="0"/>
          <w:color w:val="C4932E"/>
          <w:sz w:val="20"/>
        </w:rPr>
        <w:t xml:space="preserve">  —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258"/>
      </w:tblGrid>
      <w:tr>
        <w:tc>
          <w:tcPr>
            <w:tcW w:type="dxa" w:w="3312"/>
            <w:shd w:fill="FBE8E5"/>
            <w:tcBorders>
              <w:top w:val="single" w:sz="10" w:color="C89A3D" w:space="0"/>
              <w:left w:val="single" w:sz="10" w:color="C89A3D" w:space="0"/>
              <w:bottom w:val="single" w:sz="10" w:color="C89A3D" w:space="0"/>
              <w:right w:val="single" w:sz="10" w:color="C89A3D" w:space="0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EB Garamond" w:hAnsi="EB Garamond"/>
                <w:b/>
                <w:i w:val="0"/>
                <w:color w:val="4E2831"/>
                <w:sz w:val="23"/>
              </w:rPr>
              <w:t>7. KÁRTYA</w:t>
            </w:r>
          </w:p>
        </w:tc>
      </w:tr>
    </w:tbl>
    <w:p>
      <w:pPr>
        <w:spacing w:before="60" w:after="0"/>
        <w:jc w:val="center"/>
      </w:pPr>
      <w:r>
        <w:rPr>
          <w:rFonts w:ascii="EB Garamond" w:hAnsi="EB Garamond"/>
          <w:b/>
          <w:i w:val="0"/>
          <w:color w:val="A85A64"/>
          <w:sz w:val="54"/>
        </w:rPr>
        <w:t>AMI ERŐT AD</w:t>
      </w:r>
    </w:p>
    <w:p>
      <w:pPr>
        <w:spacing w:before="0" w:after="0"/>
        <w:jc w:val="center"/>
      </w:pPr>
      <w:r>
        <w:rPr>
          <w:rFonts w:ascii="EB Garamond" w:hAnsi="EB Garamond"/>
          <w:b/>
          <w:i w:val="0"/>
          <w:color w:val="C4932E"/>
          <w:sz w:val="20"/>
        </w:rPr>
        <w:t xml:space="preserve">—  </w:t>
      </w:r>
      <w:r>
        <w:rPr>
          <w:rFonts w:ascii="DejaVu Serif" w:hAnsi="DejaVu Serif"/>
          <w:b/>
          <w:i w:val="0"/>
          <w:color w:val="C4932E"/>
          <w:sz w:val="19"/>
        </w:rPr>
        <w:t>♥</w:t>
      </w:r>
      <w:r>
        <w:rPr>
          <w:rFonts w:ascii="EB Garamond" w:hAnsi="EB Garamond"/>
          <w:b/>
          <w:i w:val="0"/>
          <w:color w:val="C4932E"/>
          <w:sz w:val="20"/>
        </w:rPr>
        <w:t xml:space="preserve">  —</w:t>
      </w:r>
    </w:p>
    <w:p>
      <w:pPr>
        <w:spacing w:before="0" w:after="60"/>
        <w:jc w:val="center"/>
      </w:pPr>
      <w:r>
        <w:rPr>
          <w:rFonts w:ascii="GFS Baskerville" w:hAnsi="GFS Baskerville"/>
          <w:b w:val="0"/>
          <w:i w:val="0"/>
          <w:color w:val="4D2028"/>
          <w:sz w:val="24"/>
        </w:rPr>
        <w:t>Mi az, ami mostanában a legtöbb erőt adja neked a nehezebb napokon?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258"/>
      </w:tblGrid>
      <w:tr>
        <w:trPr>
          <w:trHeight w:val="4200" w:hRule="atLeast"/>
        </w:trPr>
        <w:tc>
          <w:tcPr>
            <w:tcW w:type="dxa" w:w="7258"/>
            <w:shd w:fill="FDF0EF"/>
            <w:tcBorders>
              <w:top w:val="single" w:sz="9" w:color="C89A3D" w:space="0"/>
              <w:left w:val="single" w:sz="9" w:color="C89A3D" w:space="0"/>
              <w:bottom w:val="single" w:sz="9" w:color="C89A3D" w:space="0"/>
              <w:right w:val="single" w:sz="9" w:color="C89A3D" w:space="0"/>
            </w:tcBorders>
          </w:tcPr>
          <w:p>
            <w:pPr>
              <w:spacing w:before="140" w:after="0"/>
            </w:pPr>
            <w:r>
              <w:rPr>
                <w:rFonts w:ascii="EB Garamond" w:hAnsi="EB Garamond"/>
                <w:b w:val="0"/>
                <w:i/>
                <w:color w:val="B16B72"/>
                <w:sz w:val="23"/>
              </w:rPr>
              <w:t>Írd ide a válaszod…</w:t>
            </w:r>
          </w:p>
        </w:tc>
      </w:tr>
    </w:tbl>
    <w:p>
      <w:pPr>
        <w:spacing w:before="0" w:after="0"/>
        <w:jc w:val="center"/>
      </w:pPr>
      <w:r>
        <w:rPr>
          <w:rFonts w:ascii="EB Garamond" w:hAnsi="EB Garamond"/>
          <w:b/>
          <w:i w:val="0"/>
          <w:color w:val="C4932E"/>
          <w:sz w:val="20"/>
        </w:rPr>
        <w:t xml:space="preserve">—  </w:t>
      </w:r>
      <w:r>
        <w:rPr>
          <w:rFonts w:ascii="DejaVu Serif" w:hAnsi="DejaVu Serif"/>
          <w:b/>
          <w:i w:val="0"/>
          <w:color w:val="C4932E"/>
          <w:sz w:val="19"/>
        </w:rPr>
        <w:t>♥</w:t>
      </w:r>
      <w:r>
        <w:rPr>
          <w:rFonts w:ascii="EB Garamond" w:hAnsi="EB Garamond"/>
          <w:b/>
          <w:i w:val="0"/>
          <w:color w:val="C4932E"/>
          <w:sz w:val="20"/>
        </w:rPr>
        <w:t xml:space="preserve">  —</w:t>
      </w:r>
    </w:p>
    <w:p>
      <w:pPr>
        <w:spacing w:before="0" w:after="0"/>
        <w:jc w:val="center"/>
      </w:pPr>
      <w:r>
        <w:rPr>
          <w:rFonts w:ascii="GFS Baskerville" w:hAnsi="GFS Baskerville"/>
          <w:b w:val="0"/>
          <w:i w:val="0"/>
          <w:color w:val="4D2028"/>
          <w:sz w:val="21"/>
        </w:rPr>
        <w:t>Az erő sokszor apró dolgokból épül.</w:t>
      </w:r>
    </w:p>
    <w:p>
      <w:pPr>
        <w:spacing w:before="0" w:after="0"/>
        <w:jc w:val="center"/>
      </w:pPr>
      <w:r>
        <w:rPr>
          <w:rFonts w:ascii="EB Garamond" w:hAnsi="EB Garamond"/>
          <w:b w:val="0"/>
          <w:i/>
          <w:color w:val="A85A64"/>
          <w:sz w:val="21"/>
        </w:rPr>
        <w:t>Közelebb egymáshoz, kérdésről kérdésre.</w:t>
      </w:r>
    </w:p>
    <w:p>
      <w:pPr>
        <w:spacing w:before="0" w:after="0"/>
        <w:jc w:val="center"/>
      </w:pPr>
      <w:r>
        <w:rPr>
          <w:rFonts w:ascii="EB Garamond" w:hAnsi="EB Garamond"/>
          <w:b w:val="0"/>
          <w:i w:val="0"/>
          <w:color w:val="4E2831"/>
          <w:sz w:val="18"/>
        </w:rPr>
        <w:t>Szabó Katalin</w:t>
      </w:r>
    </w:p>
    <w:p>
      <w:r>
        <w:br w:type="page"/>
      </w:r>
    </w:p>
    <w:p>
      <w:pPr>
        <w:spacing w:before="0" w:after="0"/>
        <w:jc w:val="center"/>
      </w:pPr>
      <w:r>
        <w:rPr>
          <w:rFonts w:ascii="EB Garamond" w:hAnsi="EB Garamond"/>
          <w:b/>
          <w:i w:val="0"/>
          <w:color w:val="4E2831"/>
          <w:sz w:val="18"/>
        </w:rPr>
        <w:t>GYERMEKEMNEK • LÁNYOM HANGJA</w:t>
      </w:r>
    </w:p>
    <w:p>
      <w:pPr>
        <w:spacing w:before="0" w:after="0"/>
        <w:jc w:val="center"/>
      </w:pPr>
      <w:r>
        <w:rPr>
          <w:rFonts w:ascii="EB Garamond" w:hAnsi="EB Garamond"/>
          <w:b/>
          <w:i w:val="0"/>
          <w:color w:val="C4932E"/>
          <w:sz w:val="20"/>
        </w:rPr>
        <w:t xml:space="preserve">—  </w:t>
      </w:r>
      <w:r>
        <w:rPr>
          <w:rFonts w:ascii="DejaVu Serif" w:hAnsi="DejaVu Serif"/>
          <w:b/>
          <w:i w:val="0"/>
          <w:color w:val="C4932E"/>
          <w:sz w:val="19"/>
        </w:rPr>
        <w:t>♥</w:t>
      </w:r>
      <w:r>
        <w:rPr>
          <w:rFonts w:ascii="EB Garamond" w:hAnsi="EB Garamond"/>
          <w:b/>
          <w:i w:val="0"/>
          <w:color w:val="C4932E"/>
          <w:sz w:val="20"/>
        </w:rPr>
        <w:t xml:space="preserve">  —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258"/>
      </w:tblGrid>
      <w:tr>
        <w:tc>
          <w:tcPr>
            <w:tcW w:type="dxa" w:w="3312"/>
            <w:shd w:fill="FBE8E5"/>
            <w:tcBorders>
              <w:top w:val="single" w:sz="10" w:color="C89A3D" w:space="0"/>
              <w:left w:val="single" w:sz="10" w:color="C89A3D" w:space="0"/>
              <w:bottom w:val="single" w:sz="10" w:color="C89A3D" w:space="0"/>
              <w:right w:val="single" w:sz="10" w:color="C89A3D" w:space="0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EB Garamond" w:hAnsi="EB Garamond"/>
                <w:b/>
                <w:i w:val="0"/>
                <w:color w:val="4E2831"/>
                <w:sz w:val="23"/>
              </w:rPr>
              <w:t>8. KÁRTYA</w:t>
            </w:r>
          </w:p>
        </w:tc>
      </w:tr>
    </w:tbl>
    <w:p>
      <w:pPr>
        <w:spacing w:before="60" w:after="0"/>
        <w:jc w:val="center"/>
      </w:pPr>
      <w:r>
        <w:rPr>
          <w:rFonts w:ascii="EB Garamond" w:hAnsi="EB Garamond"/>
          <w:b/>
          <w:i w:val="0"/>
          <w:color w:val="A85A64"/>
          <w:sz w:val="54"/>
        </w:rPr>
        <w:t>KÉRDÉS ANYÁHOZ</w:t>
      </w:r>
    </w:p>
    <w:p>
      <w:pPr>
        <w:spacing w:before="0" w:after="0"/>
        <w:jc w:val="center"/>
      </w:pPr>
      <w:r>
        <w:rPr>
          <w:rFonts w:ascii="EB Garamond" w:hAnsi="EB Garamond"/>
          <w:b/>
          <w:i w:val="0"/>
          <w:color w:val="C4932E"/>
          <w:sz w:val="20"/>
        </w:rPr>
        <w:t xml:space="preserve">—  </w:t>
      </w:r>
      <w:r>
        <w:rPr>
          <w:rFonts w:ascii="DejaVu Serif" w:hAnsi="DejaVu Serif"/>
          <w:b/>
          <w:i w:val="0"/>
          <w:color w:val="C4932E"/>
          <w:sz w:val="19"/>
        </w:rPr>
        <w:t>♥</w:t>
      </w:r>
      <w:r>
        <w:rPr>
          <w:rFonts w:ascii="EB Garamond" w:hAnsi="EB Garamond"/>
          <w:b/>
          <w:i w:val="0"/>
          <w:color w:val="C4932E"/>
          <w:sz w:val="20"/>
        </w:rPr>
        <w:t xml:space="preserve">  —</w:t>
      </w:r>
    </w:p>
    <w:p>
      <w:pPr>
        <w:spacing w:before="0" w:after="60"/>
        <w:jc w:val="center"/>
      </w:pPr>
      <w:r>
        <w:rPr>
          <w:rFonts w:ascii="GFS Baskerville" w:hAnsi="GFS Baskerville"/>
          <w:b w:val="0"/>
          <w:i w:val="0"/>
          <w:color w:val="4D2028"/>
          <w:sz w:val="24"/>
        </w:rPr>
        <w:t>Van-e olyan kérdésed hozzám, amit szeretnél most őszintén feltenni?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258"/>
      </w:tblGrid>
      <w:tr>
        <w:trPr>
          <w:trHeight w:val="4200" w:hRule="atLeast"/>
        </w:trPr>
        <w:tc>
          <w:tcPr>
            <w:tcW w:type="dxa" w:w="7258"/>
            <w:shd w:fill="FDF0EF"/>
            <w:tcBorders>
              <w:top w:val="single" w:sz="9" w:color="C89A3D" w:space="0"/>
              <w:left w:val="single" w:sz="9" w:color="C89A3D" w:space="0"/>
              <w:bottom w:val="single" w:sz="9" w:color="C89A3D" w:space="0"/>
              <w:right w:val="single" w:sz="9" w:color="C89A3D" w:space="0"/>
            </w:tcBorders>
          </w:tcPr>
          <w:p>
            <w:pPr>
              <w:spacing w:before="140" w:after="0"/>
            </w:pPr>
            <w:r>
              <w:rPr>
                <w:rFonts w:ascii="EB Garamond" w:hAnsi="EB Garamond"/>
                <w:b w:val="0"/>
                <w:i/>
                <w:color w:val="B16B72"/>
                <w:sz w:val="23"/>
              </w:rPr>
              <w:t>Írd ide a válaszod…</w:t>
            </w:r>
          </w:p>
        </w:tc>
      </w:tr>
    </w:tbl>
    <w:p>
      <w:pPr>
        <w:spacing w:before="0" w:after="0"/>
        <w:jc w:val="center"/>
      </w:pPr>
      <w:r>
        <w:rPr>
          <w:rFonts w:ascii="EB Garamond" w:hAnsi="EB Garamond"/>
          <w:b/>
          <w:i w:val="0"/>
          <w:color w:val="C4932E"/>
          <w:sz w:val="20"/>
        </w:rPr>
        <w:t xml:space="preserve">—  </w:t>
      </w:r>
      <w:r>
        <w:rPr>
          <w:rFonts w:ascii="DejaVu Serif" w:hAnsi="DejaVu Serif"/>
          <w:b/>
          <w:i w:val="0"/>
          <w:color w:val="C4932E"/>
          <w:sz w:val="19"/>
        </w:rPr>
        <w:t>♥</w:t>
      </w:r>
      <w:r>
        <w:rPr>
          <w:rFonts w:ascii="EB Garamond" w:hAnsi="EB Garamond"/>
          <w:b/>
          <w:i w:val="0"/>
          <w:color w:val="C4932E"/>
          <w:sz w:val="20"/>
        </w:rPr>
        <w:t xml:space="preserve">  —</w:t>
      </w:r>
    </w:p>
    <w:p>
      <w:pPr>
        <w:spacing w:before="0" w:after="0"/>
        <w:jc w:val="center"/>
      </w:pPr>
      <w:r>
        <w:rPr>
          <w:rFonts w:ascii="GFS Baskerville" w:hAnsi="GFS Baskerville"/>
          <w:b w:val="0"/>
          <w:i w:val="0"/>
          <w:color w:val="4D2028"/>
          <w:sz w:val="21"/>
        </w:rPr>
        <w:t>A kérdések közelebb vihetnek.</w:t>
      </w:r>
    </w:p>
    <w:p>
      <w:pPr>
        <w:spacing w:before="0" w:after="0"/>
        <w:jc w:val="center"/>
      </w:pPr>
      <w:r>
        <w:rPr>
          <w:rFonts w:ascii="EB Garamond" w:hAnsi="EB Garamond"/>
          <w:b w:val="0"/>
          <w:i/>
          <w:color w:val="A85A64"/>
          <w:sz w:val="21"/>
        </w:rPr>
        <w:t>Közelebb egymáshoz, kérdésről kérdésre.</w:t>
      </w:r>
    </w:p>
    <w:p>
      <w:pPr>
        <w:spacing w:before="0" w:after="0"/>
        <w:jc w:val="center"/>
      </w:pPr>
      <w:r>
        <w:rPr>
          <w:rFonts w:ascii="EB Garamond" w:hAnsi="EB Garamond"/>
          <w:b w:val="0"/>
          <w:i w:val="0"/>
          <w:color w:val="4E2831"/>
          <w:sz w:val="18"/>
        </w:rPr>
        <w:t>Szabó Katalin</w:t>
      </w:r>
    </w:p>
    <w:p>
      <w:r>
        <w:br w:type="page"/>
      </w:r>
    </w:p>
    <w:p>
      <w:pPr>
        <w:spacing w:before="0" w:after="0"/>
        <w:jc w:val="center"/>
      </w:pPr>
      <w:r>
        <w:rPr>
          <w:rFonts w:ascii="EB Garamond" w:hAnsi="EB Garamond"/>
          <w:b/>
          <w:i w:val="0"/>
          <w:color w:val="4E2831"/>
          <w:sz w:val="18"/>
        </w:rPr>
        <w:t>GYERMEKEMNEK • LÁNYOM HANGJA</w:t>
      </w:r>
    </w:p>
    <w:p>
      <w:pPr>
        <w:spacing w:before="0" w:after="0"/>
        <w:jc w:val="center"/>
      </w:pPr>
      <w:r>
        <w:rPr>
          <w:rFonts w:ascii="EB Garamond" w:hAnsi="EB Garamond"/>
          <w:b/>
          <w:i w:val="0"/>
          <w:color w:val="C4932E"/>
          <w:sz w:val="20"/>
        </w:rPr>
        <w:t xml:space="preserve">—  </w:t>
      </w:r>
      <w:r>
        <w:rPr>
          <w:rFonts w:ascii="DejaVu Serif" w:hAnsi="DejaVu Serif"/>
          <w:b/>
          <w:i w:val="0"/>
          <w:color w:val="C4932E"/>
          <w:sz w:val="19"/>
        </w:rPr>
        <w:t>♥</w:t>
      </w:r>
      <w:r>
        <w:rPr>
          <w:rFonts w:ascii="EB Garamond" w:hAnsi="EB Garamond"/>
          <w:b/>
          <w:i w:val="0"/>
          <w:color w:val="C4932E"/>
          <w:sz w:val="20"/>
        </w:rPr>
        <w:t xml:space="preserve">  —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258"/>
      </w:tblGrid>
      <w:tr>
        <w:tc>
          <w:tcPr>
            <w:tcW w:type="dxa" w:w="3312"/>
            <w:shd w:fill="FBE8E5"/>
            <w:tcBorders>
              <w:top w:val="single" w:sz="10" w:color="C89A3D" w:space="0"/>
              <w:left w:val="single" w:sz="10" w:color="C89A3D" w:space="0"/>
              <w:bottom w:val="single" w:sz="10" w:color="C89A3D" w:space="0"/>
              <w:right w:val="single" w:sz="10" w:color="C89A3D" w:space="0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EB Garamond" w:hAnsi="EB Garamond"/>
                <w:b/>
                <w:i w:val="0"/>
                <w:color w:val="4E2831"/>
                <w:sz w:val="23"/>
              </w:rPr>
              <w:t>9. KÁRTYA</w:t>
            </w:r>
          </w:p>
        </w:tc>
      </w:tr>
    </w:tbl>
    <w:p>
      <w:pPr>
        <w:spacing w:before="60" w:after="0"/>
        <w:jc w:val="center"/>
      </w:pPr>
      <w:r>
        <w:rPr>
          <w:rFonts w:ascii="EB Garamond" w:hAnsi="EB Garamond"/>
          <w:b/>
          <w:i w:val="0"/>
          <w:color w:val="A85A64"/>
          <w:sz w:val="54"/>
        </w:rPr>
        <w:t>AMIT MEGKÖSZÖNNÉL</w:t>
      </w:r>
    </w:p>
    <w:p>
      <w:pPr>
        <w:spacing w:before="0" w:after="0"/>
        <w:jc w:val="center"/>
      </w:pPr>
      <w:r>
        <w:rPr>
          <w:rFonts w:ascii="EB Garamond" w:hAnsi="EB Garamond"/>
          <w:b/>
          <w:i w:val="0"/>
          <w:color w:val="C4932E"/>
          <w:sz w:val="20"/>
        </w:rPr>
        <w:t xml:space="preserve">—  </w:t>
      </w:r>
      <w:r>
        <w:rPr>
          <w:rFonts w:ascii="DejaVu Serif" w:hAnsi="DejaVu Serif"/>
          <w:b/>
          <w:i w:val="0"/>
          <w:color w:val="C4932E"/>
          <w:sz w:val="19"/>
        </w:rPr>
        <w:t>♥</w:t>
      </w:r>
      <w:r>
        <w:rPr>
          <w:rFonts w:ascii="EB Garamond" w:hAnsi="EB Garamond"/>
          <w:b/>
          <w:i w:val="0"/>
          <w:color w:val="C4932E"/>
          <w:sz w:val="20"/>
        </w:rPr>
        <w:t xml:space="preserve">  —</w:t>
      </w:r>
    </w:p>
    <w:p>
      <w:pPr>
        <w:spacing w:before="0" w:after="60"/>
        <w:jc w:val="center"/>
      </w:pPr>
      <w:r>
        <w:rPr>
          <w:rFonts w:ascii="GFS Baskerville" w:hAnsi="GFS Baskerville"/>
          <w:b w:val="0"/>
          <w:i w:val="0"/>
          <w:color w:val="4D2028"/>
          <w:sz w:val="24"/>
        </w:rPr>
        <w:t>Mi az, amit ma legszívesebben megköszönnél nekem?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258"/>
      </w:tblGrid>
      <w:tr>
        <w:trPr>
          <w:trHeight w:val="4200" w:hRule="atLeast"/>
        </w:trPr>
        <w:tc>
          <w:tcPr>
            <w:tcW w:type="dxa" w:w="7258"/>
            <w:shd w:fill="FDF0EF"/>
            <w:tcBorders>
              <w:top w:val="single" w:sz="9" w:color="C89A3D" w:space="0"/>
              <w:left w:val="single" w:sz="9" w:color="C89A3D" w:space="0"/>
              <w:bottom w:val="single" w:sz="9" w:color="C89A3D" w:space="0"/>
              <w:right w:val="single" w:sz="9" w:color="C89A3D" w:space="0"/>
            </w:tcBorders>
          </w:tcPr>
          <w:p>
            <w:pPr>
              <w:spacing w:before="140" w:after="0"/>
            </w:pPr>
            <w:r>
              <w:rPr>
                <w:rFonts w:ascii="EB Garamond" w:hAnsi="EB Garamond"/>
                <w:b w:val="0"/>
                <w:i/>
                <w:color w:val="B16B72"/>
                <w:sz w:val="23"/>
              </w:rPr>
              <w:t>Írd ide a válaszod…</w:t>
            </w:r>
          </w:p>
        </w:tc>
      </w:tr>
    </w:tbl>
    <w:p>
      <w:pPr>
        <w:spacing w:before="0" w:after="0"/>
        <w:jc w:val="center"/>
      </w:pPr>
      <w:r>
        <w:rPr>
          <w:rFonts w:ascii="EB Garamond" w:hAnsi="EB Garamond"/>
          <w:b/>
          <w:i w:val="0"/>
          <w:color w:val="C4932E"/>
          <w:sz w:val="20"/>
        </w:rPr>
        <w:t xml:space="preserve">—  </w:t>
      </w:r>
      <w:r>
        <w:rPr>
          <w:rFonts w:ascii="DejaVu Serif" w:hAnsi="DejaVu Serif"/>
          <w:b/>
          <w:i w:val="0"/>
          <w:color w:val="C4932E"/>
          <w:sz w:val="19"/>
        </w:rPr>
        <w:t>♥</w:t>
      </w:r>
      <w:r>
        <w:rPr>
          <w:rFonts w:ascii="EB Garamond" w:hAnsi="EB Garamond"/>
          <w:b/>
          <w:i w:val="0"/>
          <w:color w:val="C4932E"/>
          <w:sz w:val="20"/>
        </w:rPr>
        <w:t xml:space="preserve">  —</w:t>
      </w:r>
    </w:p>
    <w:p>
      <w:pPr>
        <w:spacing w:before="0" w:after="0"/>
        <w:jc w:val="center"/>
      </w:pPr>
      <w:r>
        <w:rPr>
          <w:rFonts w:ascii="GFS Baskerville" w:hAnsi="GFS Baskerville"/>
          <w:b w:val="0"/>
          <w:i w:val="0"/>
          <w:color w:val="4D2028"/>
          <w:sz w:val="21"/>
        </w:rPr>
        <w:t>A hála kimondva is közelebb hoz.</w:t>
      </w:r>
    </w:p>
    <w:p>
      <w:pPr>
        <w:spacing w:before="0" w:after="0"/>
        <w:jc w:val="center"/>
      </w:pPr>
      <w:r>
        <w:rPr>
          <w:rFonts w:ascii="EB Garamond" w:hAnsi="EB Garamond"/>
          <w:b w:val="0"/>
          <w:i/>
          <w:color w:val="A85A64"/>
          <w:sz w:val="21"/>
        </w:rPr>
        <w:t>Közelebb egymáshoz, kérdésről kérdésre.</w:t>
      </w:r>
    </w:p>
    <w:p>
      <w:pPr>
        <w:spacing w:before="0" w:after="0"/>
        <w:jc w:val="center"/>
      </w:pPr>
      <w:r>
        <w:rPr>
          <w:rFonts w:ascii="EB Garamond" w:hAnsi="EB Garamond"/>
          <w:b w:val="0"/>
          <w:i w:val="0"/>
          <w:color w:val="4E2831"/>
          <w:sz w:val="18"/>
        </w:rPr>
        <w:t>Szabó Katalin</w:t>
      </w:r>
    </w:p>
    <w:p>
      <w:r>
        <w:br w:type="page"/>
      </w:r>
    </w:p>
    <w:p>
      <w:pPr>
        <w:spacing w:before="0" w:after="0"/>
        <w:jc w:val="center"/>
      </w:pPr>
      <w:r>
        <w:rPr>
          <w:rFonts w:ascii="EB Garamond" w:hAnsi="EB Garamond"/>
          <w:b/>
          <w:i w:val="0"/>
          <w:color w:val="4E2831"/>
          <w:sz w:val="18"/>
        </w:rPr>
        <w:t>GYERMEKEMNEK • LÁNYOM HANGJA</w:t>
      </w:r>
    </w:p>
    <w:p>
      <w:pPr>
        <w:spacing w:before="0" w:after="0"/>
        <w:jc w:val="center"/>
      </w:pPr>
      <w:r>
        <w:rPr>
          <w:rFonts w:ascii="EB Garamond" w:hAnsi="EB Garamond"/>
          <w:b/>
          <w:i w:val="0"/>
          <w:color w:val="C4932E"/>
          <w:sz w:val="20"/>
        </w:rPr>
        <w:t xml:space="preserve">—  </w:t>
      </w:r>
      <w:r>
        <w:rPr>
          <w:rFonts w:ascii="DejaVu Serif" w:hAnsi="DejaVu Serif"/>
          <w:b/>
          <w:i w:val="0"/>
          <w:color w:val="C4932E"/>
          <w:sz w:val="19"/>
        </w:rPr>
        <w:t>♥</w:t>
      </w:r>
      <w:r>
        <w:rPr>
          <w:rFonts w:ascii="EB Garamond" w:hAnsi="EB Garamond"/>
          <w:b/>
          <w:i w:val="0"/>
          <w:color w:val="C4932E"/>
          <w:sz w:val="20"/>
        </w:rPr>
        <w:t xml:space="preserve">  —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258"/>
      </w:tblGrid>
      <w:tr>
        <w:tc>
          <w:tcPr>
            <w:tcW w:type="dxa" w:w="3312"/>
            <w:shd w:fill="FBE8E5"/>
            <w:tcBorders>
              <w:top w:val="single" w:sz="10" w:color="C89A3D" w:space="0"/>
              <w:left w:val="single" w:sz="10" w:color="C89A3D" w:space="0"/>
              <w:bottom w:val="single" w:sz="10" w:color="C89A3D" w:space="0"/>
              <w:right w:val="single" w:sz="10" w:color="C89A3D" w:space="0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EB Garamond" w:hAnsi="EB Garamond"/>
                <w:b/>
                <w:i w:val="0"/>
                <w:color w:val="4E2831"/>
                <w:sz w:val="23"/>
              </w:rPr>
              <w:t>10. KÁRTYA</w:t>
            </w:r>
          </w:p>
        </w:tc>
      </w:tr>
    </w:tbl>
    <w:p>
      <w:pPr>
        <w:spacing w:before="60" w:after="0"/>
        <w:jc w:val="center"/>
      </w:pPr>
      <w:r>
        <w:rPr>
          <w:rFonts w:ascii="EB Garamond" w:hAnsi="EB Garamond"/>
          <w:b/>
          <w:i w:val="0"/>
          <w:color w:val="A85A64"/>
          <w:sz w:val="54"/>
        </w:rPr>
        <w:t>AHOL MOST TARTASZ</w:t>
      </w:r>
    </w:p>
    <w:p>
      <w:pPr>
        <w:spacing w:before="0" w:after="0"/>
        <w:jc w:val="center"/>
      </w:pPr>
      <w:r>
        <w:rPr>
          <w:rFonts w:ascii="EB Garamond" w:hAnsi="EB Garamond"/>
          <w:b/>
          <w:i w:val="0"/>
          <w:color w:val="C4932E"/>
          <w:sz w:val="20"/>
        </w:rPr>
        <w:t xml:space="preserve">—  </w:t>
      </w:r>
      <w:r>
        <w:rPr>
          <w:rFonts w:ascii="DejaVu Serif" w:hAnsi="DejaVu Serif"/>
          <w:b/>
          <w:i w:val="0"/>
          <w:color w:val="C4932E"/>
          <w:sz w:val="19"/>
        </w:rPr>
        <w:t>♥</w:t>
      </w:r>
      <w:r>
        <w:rPr>
          <w:rFonts w:ascii="EB Garamond" w:hAnsi="EB Garamond"/>
          <w:b/>
          <w:i w:val="0"/>
          <w:color w:val="C4932E"/>
          <w:sz w:val="20"/>
        </w:rPr>
        <w:t xml:space="preserve">  —</w:t>
      </w:r>
    </w:p>
    <w:p>
      <w:pPr>
        <w:spacing w:before="0" w:after="60"/>
        <w:jc w:val="center"/>
      </w:pPr>
      <w:r>
        <w:rPr>
          <w:rFonts w:ascii="GFS Baskerville" w:hAnsi="GFS Baskerville"/>
          <w:b w:val="0"/>
          <w:i w:val="0"/>
          <w:color w:val="4D2028"/>
          <w:sz w:val="24"/>
        </w:rPr>
        <w:t>Hogyan érzed magad most a saját életedben, és miben szeretnél továbblépni?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258"/>
      </w:tblGrid>
      <w:tr>
        <w:trPr>
          <w:trHeight w:val="4200" w:hRule="atLeast"/>
        </w:trPr>
        <w:tc>
          <w:tcPr>
            <w:tcW w:type="dxa" w:w="7258"/>
            <w:shd w:fill="FDF0EF"/>
            <w:tcBorders>
              <w:top w:val="single" w:sz="9" w:color="C89A3D" w:space="0"/>
              <w:left w:val="single" w:sz="9" w:color="C89A3D" w:space="0"/>
              <w:bottom w:val="single" w:sz="9" w:color="C89A3D" w:space="0"/>
              <w:right w:val="single" w:sz="9" w:color="C89A3D" w:space="0"/>
            </w:tcBorders>
          </w:tcPr>
          <w:p>
            <w:pPr>
              <w:spacing w:before="140" w:after="0"/>
            </w:pPr>
            <w:r>
              <w:rPr>
                <w:rFonts w:ascii="EB Garamond" w:hAnsi="EB Garamond"/>
                <w:b w:val="0"/>
                <w:i/>
                <w:color w:val="B16B72"/>
                <w:sz w:val="23"/>
              </w:rPr>
              <w:t>Írd ide a válaszod…</w:t>
            </w:r>
          </w:p>
        </w:tc>
      </w:tr>
    </w:tbl>
    <w:p>
      <w:pPr>
        <w:spacing w:before="0" w:after="0"/>
        <w:jc w:val="center"/>
      </w:pPr>
      <w:r>
        <w:rPr>
          <w:rFonts w:ascii="EB Garamond" w:hAnsi="EB Garamond"/>
          <w:b/>
          <w:i w:val="0"/>
          <w:color w:val="C4932E"/>
          <w:sz w:val="20"/>
        </w:rPr>
        <w:t xml:space="preserve">—  </w:t>
      </w:r>
      <w:r>
        <w:rPr>
          <w:rFonts w:ascii="DejaVu Serif" w:hAnsi="DejaVu Serif"/>
          <w:b/>
          <w:i w:val="0"/>
          <w:color w:val="C4932E"/>
          <w:sz w:val="19"/>
        </w:rPr>
        <w:t>♥</w:t>
      </w:r>
      <w:r>
        <w:rPr>
          <w:rFonts w:ascii="EB Garamond" w:hAnsi="EB Garamond"/>
          <w:b/>
          <w:i w:val="0"/>
          <w:color w:val="C4932E"/>
          <w:sz w:val="20"/>
        </w:rPr>
        <w:t xml:space="preserve">  —</w:t>
      </w:r>
    </w:p>
    <w:p>
      <w:pPr>
        <w:spacing w:before="0" w:after="0"/>
        <w:jc w:val="center"/>
      </w:pPr>
      <w:r>
        <w:rPr>
          <w:rFonts w:ascii="GFS Baskerville" w:hAnsi="GFS Baskerville"/>
          <w:b w:val="0"/>
          <w:i w:val="0"/>
          <w:color w:val="4D2028"/>
          <w:sz w:val="21"/>
        </w:rPr>
        <w:t>A jelened is fontos történet.</w:t>
      </w:r>
    </w:p>
    <w:p>
      <w:pPr>
        <w:spacing w:before="0" w:after="0"/>
        <w:jc w:val="center"/>
      </w:pPr>
      <w:r>
        <w:rPr>
          <w:rFonts w:ascii="EB Garamond" w:hAnsi="EB Garamond"/>
          <w:b w:val="0"/>
          <w:i/>
          <w:color w:val="A85A64"/>
          <w:sz w:val="21"/>
        </w:rPr>
        <w:t>Közelebb egymáshoz, kérdésről kérdésre.</w:t>
      </w:r>
    </w:p>
    <w:p>
      <w:pPr>
        <w:spacing w:before="0" w:after="0"/>
        <w:jc w:val="center"/>
      </w:pPr>
      <w:r>
        <w:rPr>
          <w:rFonts w:ascii="EB Garamond" w:hAnsi="EB Garamond"/>
          <w:b w:val="0"/>
          <w:i w:val="0"/>
          <w:color w:val="4E2831"/>
          <w:sz w:val="18"/>
        </w:rPr>
        <w:t>Szabó Katalin</w:t>
      </w:r>
    </w:p>
    <w:p>
      <w:r>
        <w:br w:type="page"/>
      </w:r>
    </w:p>
    <w:p>
      <w:pPr>
        <w:spacing w:before="0" w:after="0"/>
        <w:jc w:val="center"/>
      </w:pPr>
      <w:r>
        <w:rPr>
          <w:rFonts w:ascii="EB Garamond" w:hAnsi="EB Garamond"/>
          <w:b/>
          <w:i w:val="0"/>
          <w:color w:val="4E2831"/>
          <w:sz w:val="18"/>
        </w:rPr>
        <w:t>GYERMEKEMNEK • LÁNYOM HANGJA</w:t>
      </w:r>
    </w:p>
    <w:p>
      <w:pPr>
        <w:spacing w:before="0" w:after="0"/>
        <w:jc w:val="center"/>
      </w:pPr>
      <w:r>
        <w:rPr>
          <w:rFonts w:ascii="EB Garamond" w:hAnsi="EB Garamond"/>
          <w:b/>
          <w:i w:val="0"/>
          <w:color w:val="C4932E"/>
          <w:sz w:val="20"/>
        </w:rPr>
        <w:t xml:space="preserve">—  </w:t>
      </w:r>
      <w:r>
        <w:rPr>
          <w:rFonts w:ascii="DejaVu Serif" w:hAnsi="DejaVu Serif"/>
          <w:b/>
          <w:i w:val="0"/>
          <w:color w:val="C4932E"/>
          <w:sz w:val="19"/>
        </w:rPr>
        <w:t>♥</w:t>
      </w:r>
      <w:r>
        <w:rPr>
          <w:rFonts w:ascii="EB Garamond" w:hAnsi="EB Garamond"/>
          <w:b/>
          <w:i w:val="0"/>
          <w:color w:val="C4932E"/>
          <w:sz w:val="20"/>
        </w:rPr>
        <w:t xml:space="preserve">  —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258"/>
      </w:tblGrid>
      <w:tr>
        <w:tc>
          <w:tcPr>
            <w:tcW w:type="dxa" w:w="3312"/>
            <w:shd w:fill="FBE8E5"/>
            <w:tcBorders>
              <w:top w:val="single" w:sz="10" w:color="C89A3D" w:space="0"/>
              <w:left w:val="single" w:sz="10" w:color="C89A3D" w:space="0"/>
              <w:bottom w:val="single" w:sz="10" w:color="C89A3D" w:space="0"/>
              <w:right w:val="single" w:sz="10" w:color="C89A3D" w:space="0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EB Garamond" w:hAnsi="EB Garamond"/>
                <w:b/>
                <w:i w:val="0"/>
                <w:color w:val="4E2831"/>
                <w:sz w:val="23"/>
              </w:rPr>
              <w:t>11. KÁRTYA</w:t>
            </w:r>
          </w:p>
        </w:tc>
      </w:tr>
    </w:tbl>
    <w:p>
      <w:pPr>
        <w:spacing w:before="60" w:after="0"/>
        <w:jc w:val="center"/>
      </w:pPr>
      <w:r>
        <w:rPr>
          <w:rFonts w:ascii="EB Garamond" w:hAnsi="EB Garamond"/>
          <w:b/>
          <w:i w:val="0"/>
          <w:color w:val="A85A64"/>
          <w:sz w:val="46"/>
        </w:rPr>
        <w:t>AMIT SZERETNÉK, HOGY TUDJ</w:t>
      </w:r>
    </w:p>
    <w:p>
      <w:pPr>
        <w:spacing w:before="0" w:after="0"/>
        <w:jc w:val="center"/>
      </w:pPr>
      <w:r>
        <w:rPr>
          <w:rFonts w:ascii="EB Garamond" w:hAnsi="EB Garamond"/>
          <w:b/>
          <w:i w:val="0"/>
          <w:color w:val="C4932E"/>
          <w:sz w:val="20"/>
        </w:rPr>
        <w:t xml:space="preserve">—  </w:t>
      </w:r>
      <w:r>
        <w:rPr>
          <w:rFonts w:ascii="DejaVu Serif" w:hAnsi="DejaVu Serif"/>
          <w:b/>
          <w:i w:val="0"/>
          <w:color w:val="C4932E"/>
          <w:sz w:val="19"/>
        </w:rPr>
        <w:t>♥</w:t>
      </w:r>
      <w:r>
        <w:rPr>
          <w:rFonts w:ascii="EB Garamond" w:hAnsi="EB Garamond"/>
          <w:b/>
          <w:i w:val="0"/>
          <w:color w:val="C4932E"/>
          <w:sz w:val="20"/>
        </w:rPr>
        <w:t xml:space="preserve">  —</w:t>
      </w:r>
    </w:p>
    <w:p>
      <w:pPr>
        <w:spacing w:before="0" w:after="60"/>
        <w:jc w:val="center"/>
      </w:pPr>
      <w:r>
        <w:rPr>
          <w:rFonts w:ascii="GFS Baskerville" w:hAnsi="GFS Baskerville"/>
          <w:b w:val="0"/>
          <w:i w:val="0"/>
          <w:color w:val="4D2028"/>
          <w:sz w:val="24"/>
        </w:rPr>
        <w:t>Mi az az üzenet, amit szeretnéd, ha mindig magammal vinnék tőled?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258"/>
      </w:tblGrid>
      <w:tr>
        <w:trPr>
          <w:trHeight w:val="4200" w:hRule="atLeast"/>
        </w:trPr>
        <w:tc>
          <w:tcPr>
            <w:tcW w:type="dxa" w:w="7258"/>
            <w:shd w:fill="FDF0EF"/>
            <w:tcBorders>
              <w:top w:val="single" w:sz="9" w:color="C89A3D" w:space="0"/>
              <w:left w:val="single" w:sz="9" w:color="C89A3D" w:space="0"/>
              <w:bottom w:val="single" w:sz="9" w:color="C89A3D" w:space="0"/>
              <w:right w:val="single" w:sz="9" w:color="C89A3D" w:space="0"/>
            </w:tcBorders>
          </w:tcPr>
          <w:p>
            <w:pPr>
              <w:spacing w:before="140" w:after="0"/>
            </w:pPr>
            <w:r>
              <w:rPr>
                <w:rFonts w:ascii="EB Garamond" w:hAnsi="EB Garamond"/>
                <w:b w:val="0"/>
                <w:i/>
                <w:color w:val="B16B72"/>
                <w:sz w:val="23"/>
              </w:rPr>
              <w:t>Írd ide a válaszod…</w:t>
            </w:r>
          </w:p>
        </w:tc>
      </w:tr>
    </w:tbl>
    <w:p>
      <w:pPr>
        <w:spacing w:before="0" w:after="0"/>
        <w:jc w:val="center"/>
      </w:pPr>
      <w:r>
        <w:rPr>
          <w:rFonts w:ascii="EB Garamond" w:hAnsi="EB Garamond"/>
          <w:b/>
          <w:i w:val="0"/>
          <w:color w:val="C4932E"/>
          <w:sz w:val="20"/>
        </w:rPr>
        <w:t xml:space="preserve">—  </w:t>
      </w:r>
      <w:r>
        <w:rPr>
          <w:rFonts w:ascii="DejaVu Serif" w:hAnsi="DejaVu Serif"/>
          <w:b/>
          <w:i w:val="0"/>
          <w:color w:val="C4932E"/>
          <w:sz w:val="19"/>
        </w:rPr>
        <w:t>♥</w:t>
      </w:r>
      <w:r>
        <w:rPr>
          <w:rFonts w:ascii="EB Garamond" w:hAnsi="EB Garamond"/>
          <w:b/>
          <w:i w:val="0"/>
          <w:color w:val="C4932E"/>
          <w:sz w:val="20"/>
        </w:rPr>
        <w:t xml:space="preserve">  —</w:t>
      </w:r>
    </w:p>
    <w:p>
      <w:pPr>
        <w:spacing w:before="0" w:after="0"/>
        <w:jc w:val="center"/>
      </w:pPr>
      <w:r>
        <w:rPr>
          <w:rFonts w:ascii="GFS Baskerville" w:hAnsi="GFS Baskerville"/>
          <w:b w:val="0"/>
          <w:i w:val="0"/>
          <w:color w:val="4D2028"/>
          <w:sz w:val="21"/>
        </w:rPr>
        <w:t>Vannak mondatok, amelyek elkísérnek.</w:t>
      </w:r>
    </w:p>
    <w:p>
      <w:pPr>
        <w:spacing w:before="0" w:after="0"/>
        <w:jc w:val="center"/>
      </w:pPr>
      <w:r>
        <w:rPr>
          <w:rFonts w:ascii="EB Garamond" w:hAnsi="EB Garamond"/>
          <w:b w:val="0"/>
          <w:i/>
          <w:color w:val="A85A64"/>
          <w:sz w:val="21"/>
        </w:rPr>
        <w:t>Közelebb egymáshoz, kérdésről kérdésre.</w:t>
      </w:r>
    </w:p>
    <w:p>
      <w:pPr>
        <w:spacing w:before="0" w:after="0"/>
        <w:jc w:val="center"/>
      </w:pPr>
      <w:r>
        <w:rPr>
          <w:rFonts w:ascii="EB Garamond" w:hAnsi="EB Garamond"/>
          <w:b w:val="0"/>
          <w:i w:val="0"/>
          <w:color w:val="4E2831"/>
          <w:sz w:val="18"/>
        </w:rPr>
        <w:t>Szabó Katalin</w:t>
      </w:r>
    </w:p>
    <w:p>
      <w:r>
        <w:br w:type="page"/>
      </w:r>
    </w:p>
    <w:p>
      <w:pPr>
        <w:spacing w:before="0" w:after="0"/>
        <w:jc w:val="center"/>
      </w:pPr>
      <w:r>
        <w:rPr>
          <w:rFonts w:ascii="EB Garamond" w:hAnsi="EB Garamond"/>
          <w:b/>
          <w:i w:val="0"/>
          <w:color w:val="4E2831"/>
          <w:sz w:val="18"/>
        </w:rPr>
        <w:t>GYERMEKEMNEK • LÁNYOM HANGJA</w:t>
      </w:r>
    </w:p>
    <w:p>
      <w:pPr>
        <w:spacing w:before="0" w:after="0"/>
        <w:jc w:val="center"/>
      </w:pPr>
      <w:r>
        <w:rPr>
          <w:rFonts w:ascii="EB Garamond" w:hAnsi="EB Garamond"/>
          <w:b/>
          <w:i w:val="0"/>
          <w:color w:val="C4932E"/>
          <w:sz w:val="20"/>
        </w:rPr>
        <w:t xml:space="preserve">—  </w:t>
      </w:r>
      <w:r>
        <w:rPr>
          <w:rFonts w:ascii="DejaVu Serif" w:hAnsi="DejaVu Serif"/>
          <w:b/>
          <w:i w:val="0"/>
          <w:color w:val="C4932E"/>
          <w:sz w:val="19"/>
        </w:rPr>
        <w:t>♥</w:t>
      </w:r>
      <w:r>
        <w:rPr>
          <w:rFonts w:ascii="EB Garamond" w:hAnsi="EB Garamond"/>
          <w:b/>
          <w:i w:val="0"/>
          <w:color w:val="C4932E"/>
          <w:sz w:val="20"/>
        </w:rPr>
        <w:t xml:space="preserve">  —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258"/>
      </w:tblGrid>
      <w:tr>
        <w:tc>
          <w:tcPr>
            <w:tcW w:type="dxa" w:w="3312"/>
            <w:shd w:fill="FBE8E5"/>
            <w:tcBorders>
              <w:top w:val="single" w:sz="10" w:color="C89A3D" w:space="0"/>
              <w:left w:val="single" w:sz="10" w:color="C89A3D" w:space="0"/>
              <w:bottom w:val="single" w:sz="10" w:color="C89A3D" w:space="0"/>
              <w:right w:val="single" w:sz="10" w:color="C89A3D" w:space="0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EB Garamond" w:hAnsi="EB Garamond"/>
                <w:b/>
                <w:i w:val="0"/>
                <w:color w:val="4E2831"/>
                <w:sz w:val="23"/>
              </w:rPr>
              <w:t>12. KÁRTYA</w:t>
            </w:r>
          </w:p>
        </w:tc>
      </w:tr>
    </w:tbl>
    <w:p>
      <w:pPr>
        <w:spacing w:before="60" w:after="0"/>
        <w:jc w:val="center"/>
      </w:pPr>
      <w:r>
        <w:rPr>
          <w:rFonts w:ascii="EB Garamond" w:hAnsi="EB Garamond"/>
          <w:b/>
          <w:i w:val="0"/>
          <w:color w:val="A85A64"/>
          <w:sz w:val="54"/>
        </w:rPr>
        <w:t>A JÖVŐ FELÉ</w:t>
      </w:r>
    </w:p>
    <w:p>
      <w:pPr>
        <w:spacing w:before="0" w:after="0"/>
        <w:jc w:val="center"/>
      </w:pPr>
      <w:r>
        <w:rPr>
          <w:rFonts w:ascii="EB Garamond" w:hAnsi="EB Garamond"/>
          <w:b/>
          <w:i w:val="0"/>
          <w:color w:val="C4932E"/>
          <w:sz w:val="20"/>
        </w:rPr>
        <w:t xml:space="preserve">—  </w:t>
      </w:r>
      <w:r>
        <w:rPr>
          <w:rFonts w:ascii="DejaVu Serif" w:hAnsi="DejaVu Serif"/>
          <w:b/>
          <w:i w:val="0"/>
          <w:color w:val="C4932E"/>
          <w:sz w:val="19"/>
        </w:rPr>
        <w:t>♥</w:t>
      </w:r>
      <w:r>
        <w:rPr>
          <w:rFonts w:ascii="EB Garamond" w:hAnsi="EB Garamond"/>
          <w:b/>
          <w:i w:val="0"/>
          <w:color w:val="C4932E"/>
          <w:sz w:val="20"/>
        </w:rPr>
        <w:t xml:space="preserve">  —</w:t>
      </w:r>
    </w:p>
    <w:p>
      <w:pPr>
        <w:spacing w:before="0" w:after="60"/>
        <w:jc w:val="center"/>
      </w:pPr>
      <w:r>
        <w:rPr>
          <w:rFonts w:ascii="GFS Baskerville" w:hAnsi="GFS Baskerville"/>
          <w:b w:val="0"/>
          <w:i w:val="0"/>
          <w:color w:val="4D2028"/>
          <w:sz w:val="24"/>
        </w:rPr>
        <w:t>Milyen kapcsolatot szeretnél kettőnk között a jövőben, és mi segítene ezt építeni?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258"/>
      </w:tblGrid>
      <w:tr>
        <w:trPr>
          <w:trHeight w:val="4200" w:hRule="atLeast"/>
        </w:trPr>
        <w:tc>
          <w:tcPr>
            <w:tcW w:type="dxa" w:w="7258"/>
            <w:shd w:fill="FDF0EF"/>
            <w:tcBorders>
              <w:top w:val="single" w:sz="9" w:color="C89A3D" w:space="0"/>
              <w:left w:val="single" w:sz="9" w:color="C89A3D" w:space="0"/>
              <w:bottom w:val="single" w:sz="9" w:color="C89A3D" w:space="0"/>
              <w:right w:val="single" w:sz="9" w:color="C89A3D" w:space="0"/>
            </w:tcBorders>
          </w:tcPr>
          <w:p>
            <w:pPr>
              <w:spacing w:before="140" w:after="0"/>
            </w:pPr>
            <w:r>
              <w:rPr>
                <w:rFonts w:ascii="EB Garamond" w:hAnsi="EB Garamond"/>
                <w:b w:val="0"/>
                <w:i/>
                <w:color w:val="B16B72"/>
                <w:sz w:val="23"/>
              </w:rPr>
              <w:t>Írd ide a válaszod…</w:t>
            </w:r>
          </w:p>
        </w:tc>
      </w:tr>
    </w:tbl>
    <w:p>
      <w:pPr>
        <w:spacing w:before="0" w:after="0"/>
        <w:jc w:val="center"/>
      </w:pPr>
      <w:r>
        <w:rPr>
          <w:rFonts w:ascii="EB Garamond" w:hAnsi="EB Garamond"/>
          <w:b/>
          <w:i w:val="0"/>
          <w:color w:val="C4932E"/>
          <w:sz w:val="20"/>
        </w:rPr>
        <w:t xml:space="preserve">—  </w:t>
      </w:r>
      <w:r>
        <w:rPr>
          <w:rFonts w:ascii="DejaVu Serif" w:hAnsi="DejaVu Serif"/>
          <w:b/>
          <w:i w:val="0"/>
          <w:color w:val="C4932E"/>
          <w:sz w:val="19"/>
        </w:rPr>
        <w:t>♥</w:t>
      </w:r>
      <w:r>
        <w:rPr>
          <w:rFonts w:ascii="EB Garamond" w:hAnsi="EB Garamond"/>
          <w:b/>
          <w:i w:val="0"/>
          <w:color w:val="C4932E"/>
          <w:sz w:val="20"/>
        </w:rPr>
        <w:t xml:space="preserve">  —</w:t>
      </w:r>
    </w:p>
    <w:p>
      <w:pPr>
        <w:spacing w:before="0" w:after="0"/>
        <w:jc w:val="center"/>
      </w:pPr>
      <w:r>
        <w:rPr>
          <w:rFonts w:ascii="GFS Baskerville" w:hAnsi="GFS Baskerville"/>
          <w:b w:val="0"/>
          <w:i w:val="0"/>
          <w:color w:val="4D2028"/>
          <w:sz w:val="21"/>
        </w:rPr>
        <w:t>A kapcsolatunk tovább is épülhet.</w:t>
      </w:r>
    </w:p>
    <w:p>
      <w:pPr>
        <w:spacing w:before="0" w:after="0"/>
        <w:jc w:val="center"/>
      </w:pPr>
      <w:r>
        <w:rPr>
          <w:rFonts w:ascii="EB Garamond" w:hAnsi="EB Garamond"/>
          <w:b w:val="0"/>
          <w:i/>
          <w:color w:val="A85A64"/>
          <w:sz w:val="21"/>
        </w:rPr>
        <w:t>Közelebb egymáshoz, kérdésről kérdésre.</w:t>
      </w:r>
    </w:p>
    <w:p>
      <w:pPr>
        <w:spacing w:before="0" w:after="0"/>
        <w:jc w:val="center"/>
      </w:pPr>
      <w:r>
        <w:rPr>
          <w:rFonts w:ascii="EB Garamond" w:hAnsi="EB Garamond"/>
          <w:b w:val="0"/>
          <w:i w:val="0"/>
          <w:color w:val="4E2831"/>
          <w:sz w:val="18"/>
        </w:rPr>
        <w:t>Szabó Katalin</w:t>
      </w:r>
    </w:p>
    <w:sectPr w:rsidR="00FC693F" w:rsidRPr="0006063C" w:rsidSect="00034616">
      <w:headerReference w:type="default" r:id="rId10"/>
      <w:footerReference w:type="default" r:id="rId11"/>
      <w:pgSz w:w="8640" w:h="12960"/>
      <w:pgMar w:top="835" w:right="691" w:bottom="821" w:left="691" w:header="58" w:footer="58" w:gutter="0"/>
      <w:cols w:space="720"/>
      <w:docGrid w:linePitch="360"/>
      <w:pgBorders w:offsetFrom="page">
        <w:top w:val="single" w:sz="8" w:space="10" w:color="C89A3D"/>
        <w:left w:val="single" w:sz="8" w:space="10" w:color="C89A3D"/>
        <w:bottom w:val="single" w:sz="8" w:space="10" w:color="C89A3D"/>
        <w:right w:val="single" w:sz="8" w:space="10" w:color="C89A3D"/>
      </w:pgBorder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drawing>
        <wp:inline xmlns:a="http://schemas.openxmlformats.org/drawingml/2006/main" xmlns:pic="http://schemas.openxmlformats.org/drawingml/2006/picture">
          <wp:extent cx="5303520" cy="850392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decor_bottom_clean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03520" cy="850392"/>
                  </a:xfrm>
                  <a:prstGeom prst="rect"/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center"/>
    </w:pPr>
    <w:r>
      <w:drawing>
        <wp:inline xmlns:a="http://schemas.openxmlformats.org/drawingml/2006/main" xmlns:pic="http://schemas.openxmlformats.org/drawingml/2006/picture">
          <wp:extent cx="5303520" cy="8412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decor_top_clean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03520" cy="8412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