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 </w:t>
      </w:r>
    </w:p>
    <w:p>
      <w:pPr>
        <w:sectPr>
          <w:headerReference w:type="default" r:id="rId9"/>
          <w:pgSz w:w="6123" w:h="11197"/>
          <w:pgMar w:top="0" w:right="0" w:bottom="0" w:left="0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0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1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2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3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4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5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6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7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8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9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20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Write your answer here…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21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p>
      <w:r>
        <w:t xml:space="preserve"> </w:t>
      </w:r>
    </w:p>
    <w:sectPr w:rsidR="00FC693F" w:rsidRPr="0006063C" w:rsidSect="00034616">
      <w:headerReference w:type="default" r:id="rId22"/>
      <w:pgSz w:w="6123" w:h="11197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ov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1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1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card_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n_f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header" Target="header10.xml"/><Relationship Id="rId19" Type="http://schemas.openxmlformats.org/officeDocument/2006/relationships/header" Target="header11.xml"/><Relationship Id="rId20" Type="http://schemas.openxmlformats.org/officeDocument/2006/relationships/header" Target="header12.xml"/><Relationship Id="rId21" Type="http://schemas.openxmlformats.org/officeDocument/2006/relationships/header" Target="header13.xml"/><Relationship Id="rId22" Type="http://schemas.openxmlformats.org/officeDocument/2006/relationships/header" Target="header1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_rels/header9.xml.rels><?xml version='1.0' encoding='UTF-8' standalone='yes'?>
<Relationships xmlns="http://schemas.openxmlformats.org/package/2006/relationships"><Relationship Id="rId1" Type="http://schemas.openxmlformats.org/officeDocument/2006/relationships/image" Target="media/image9.png"/></Relationships>
</file>

<file path=word/_rels/header10.xml.rels><?xml version='1.0' encoding='UTF-8' standalone='yes'?>
<Relationships xmlns="http://schemas.openxmlformats.org/package/2006/relationships"><Relationship Id="rId1" Type="http://schemas.openxmlformats.org/officeDocument/2006/relationships/image" Target="media/image10.png"/></Relationships>
</file>

<file path=word/_rels/header11.xml.rels><?xml version='1.0' encoding='UTF-8' standalone='yes'?>
<Relationships xmlns="http://schemas.openxmlformats.org/package/2006/relationships"><Relationship Id="rId1" Type="http://schemas.openxmlformats.org/officeDocument/2006/relationships/image" Target="media/image11.png"/></Relationships>
</file>

<file path=word/_rels/header12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_rels/header13.xml.rels><?xml version='1.0' encoding='UTF-8' standalone='yes'?>
<Relationships xmlns="http://schemas.openxmlformats.org/package/2006/relationships"><Relationship Id="rId1" Type="http://schemas.openxmlformats.org/officeDocument/2006/relationships/image" Target="media/image13.png"/></Relationships>
</file>

<file path=word/_rels/header14.xml.rels><?xml version='1.0' encoding='UTF-8' standalone='yes'?>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Would You Answer? – 12 Cards for Starting Over</dc:title>
  <dc:subject/>
  <dc:creator>Alina Norven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