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Georgia" w:hAnsi="Georgia"/>
          <w:b/>
          <w:color w:val="0B1C2D"/>
          <w:sz w:val="28"/>
        </w:rPr>
        <w:t>FÁJLELNEVEZÉSI SZABÁLY ÉS PÉLDATÁR</w:t>
      </w:r>
    </w:p>
    <w:p>
      <w:pPr>
        <w:spacing w:after="140"/>
        <w:jc w:val="center"/>
      </w:pPr>
      <w:r>
        <w:rPr>
          <w:i/>
          <w:color w:val="555555"/>
          <w:sz w:val="15"/>
        </w:rPr>
        <w:t>Egyszerű minta a következetes, visszakereshető fájlnevek kialakításához.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1. Egyszerű fájlelnevezési alapelv</w:t>
      </w:r>
    </w:p>
    <w:p>
      <w:pPr>
        <w:spacing w:after="10"/>
        <w:ind w:left="113"/>
      </w:pPr>
      <w:r>
        <w:rPr>
          <w:sz w:val="16"/>
        </w:rPr>
        <w:t>☐  A fájlnév legyen rövid, egyértelmű és kereshető.</w:t>
      </w:r>
    </w:p>
    <w:p>
      <w:pPr>
        <w:spacing w:after="10"/>
        <w:ind w:left="113"/>
      </w:pPr>
      <w:r>
        <w:rPr>
          <w:sz w:val="16"/>
        </w:rPr>
        <w:t>☐  Használjon következetes sorrendet minden azonos típusú dokumentumnál.</w:t>
      </w:r>
    </w:p>
    <w:p>
      <w:pPr>
        <w:spacing w:after="10"/>
        <w:ind w:left="113"/>
      </w:pPr>
      <w:r>
        <w:rPr>
          <w:sz w:val="16"/>
        </w:rPr>
        <w:t>☐  Kerülje a „végleges2”, „új”, „legúj” típusú bizonytalan elnevezéseket.</w:t>
      </w:r>
    </w:p>
    <w:p>
      <w:pPr>
        <w:spacing w:after="10"/>
        <w:ind w:left="113"/>
      </w:pPr>
      <w:r>
        <w:rPr>
          <w:sz w:val="16"/>
        </w:rPr>
        <w:t>☐  Dátumnál javasolt forma: ÉÉÉÉ-HH-NN.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2. Javasolt szerkezetek</w:t>
      </w:r>
    </w:p>
    <w:p>
      <w:r>
        <w:rPr>
          <w:sz w:val="16"/>
        </w:rPr>
        <w:t>Projekt:  ÉÉÉÉ-HH-NN_Projekt_Dokumentumtípus_Verzió</w:t>
      </w:r>
    </w:p>
    <w:p>
      <w:r>
        <w:rPr>
          <w:sz w:val="16"/>
        </w:rPr>
        <w:t>Ügyfél:   Ügyfélnév_Téma_Dokumentumtípus_Dátum</w:t>
      </w:r>
    </w:p>
    <w:p>
      <w:r>
        <w:rPr>
          <w:sz w:val="16"/>
        </w:rPr>
        <w:t>Belső:    Terület_Folyamat_Dokumentum_Verzió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3. Példák</w:t>
      </w:r>
    </w:p>
    <w:p>
      <w:pPr>
        <w:spacing w:after="10"/>
        <w:ind w:left="170"/>
      </w:pPr>
      <w:r>
        <w:rPr>
          <w:sz w:val="16"/>
        </w:rPr>
        <w:t>2026-08-26_Weboldal_Fooldal_szoveg_v03.docx</w:t>
      </w:r>
    </w:p>
    <w:p>
      <w:pPr>
        <w:spacing w:after="10"/>
        <w:ind w:left="170"/>
      </w:pPr>
      <w:r>
        <w:rPr>
          <w:sz w:val="16"/>
        </w:rPr>
        <w:t>Airbnb_Oktatasi-anyag_Ellenorzolista_v01.pdf</w:t>
      </w:r>
    </w:p>
    <w:p>
      <w:pPr>
        <w:spacing w:after="10"/>
        <w:ind w:left="170"/>
      </w:pPr>
      <w:r>
        <w:rPr>
          <w:sz w:val="16"/>
        </w:rPr>
        <w:t>Ugyfel-ABC_Projektstatusz_2026-08-26.xlsx</w:t>
      </w:r>
    </w:p>
    <w:p>
      <w:pPr>
        <w:spacing w:after="10"/>
        <w:ind w:left="170"/>
      </w:pPr>
      <w:r>
        <w:rPr>
          <w:sz w:val="16"/>
        </w:rPr>
        <w:t>SOP_Takaritas_Minosegellenorzes_v02.docx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4. Saját fájlelnevezési szabályom</w:t>
      </w:r>
    </w:p>
    <w:p>
      <w:pPr>
        <w:spacing w:after="10"/>
      </w:pPr>
      <w:r>
        <w:rPr>
          <w:b/>
          <w:sz w:val="16"/>
        </w:rPr>
        <w:t>Kötelező elemek:</w:t>
      </w:r>
      <w:r>
        <w:t xml:space="preserve">  __________________________________________________________________</w:t>
      </w:r>
    </w:p>
    <w:p>
      <w:pPr>
        <w:spacing w:after="10"/>
      </w:pPr>
      <w:r>
        <w:rPr>
          <w:b/>
          <w:sz w:val="16"/>
        </w:rPr>
        <w:t>Dátum formátuma:</w:t>
      </w:r>
      <w:r>
        <w:t xml:space="preserve">  __________________________________________________________________</w:t>
      </w:r>
    </w:p>
    <w:p>
      <w:pPr>
        <w:spacing w:after="10"/>
      </w:pPr>
      <w:r>
        <w:rPr>
          <w:b/>
          <w:sz w:val="16"/>
        </w:rPr>
        <w:t>Verzió jelölése:</w:t>
      </w:r>
      <w:r>
        <w:t xml:space="preserve">  __________________________________________________________________</w:t>
      </w:r>
    </w:p>
    <w:p>
      <w:pPr>
        <w:spacing w:after="10"/>
      </w:pPr>
      <w:r>
        <w:rPr>
          <w:b/>
          <w:sz w:val="16"/>
        </w:rPr>
        <w:t>Tiltott / kerülendő elnevezések:</w:t>
      </w:r>
      <w:r>
        <w:t xml:space="preserve">  __________________________________________________________________</w:t>
      </w:r>
    </w:p>
    <w:sectPr w:rsidR="00FC693F" w:rsidRPr="0006063C" w:rsidSect="00034616">
      <w:headerReference w:type="default" r:id="rId9"/>
      <w:pgSz w:w="11906" w:h="16838"/>
      <w:pgMar w:top="2721" w:right="964" w:bottom="1531" w:left="2835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projektrend_levélpapír_cimtel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