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2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3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4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5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6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7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8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9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UUNOKAM_HANGJA_HU_KARTYA_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0" style="position:absolute;margin-left:54.0pt;margin-top:226.8pt;width:324.0pt;height:165.6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8640" w:h="1152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FIUUNOKAM HANGJA 10 KERDESKARTYA HU EDITABLE FINAL</dc:title>
  <dc:subject>Editable question cards</dc:subject>
  <dc:creator>Szabó Katalin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