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YKE_GYERMEK_HU_KARTYA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4.0pt;margin-top:270.0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EGYKE GYERMEK 10 KERDESKARTYA HU EDITABLE FINAL</dc:title>
  <dc:subject>Editable question cards</dc:subject>
  <dc:creator>Szabó Katalin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