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 xml:space="preserve"> </w:t>
      </w:r>
    </w:p>
    <w:p>
      <w:pPr>
        <w:sectPr>
          <w:headerReference w:type="default" r:id="rId9"/>
          <w:pgSz w:w="6123" w:h="11197"/>
          <w:pgMar w:top="0" w:right="0" w:bottom="0" w:left="0" w:header="0" w:footer="0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9"/>
      </w:tblGrid>
      <w:tr>
        <w:trPr>
          <w:trHeight w:val="3345" w:hRule="atLeast"/>
        </w:trPr>
        <w:tc>
          <w:tcPr>
            <w:tcW w:type="dxa" w:w="5329"/>
            <w:vAlign w:val="top"/>
            <w:shd w:fill="FAEBE9"/>
            <w:tcBorders>
              <w:top w:val="single" w:sz="7" w:color="D7A08D"/>
              <w:left w:val="single" w:sz="7" w:color="D7A08D"/>
              <w:bottom w:val="single" w:sz="7" w:color="D7A08D"/>
              <w:right w:val="single" w:sz="7" w:color="D7A08D"/>
            </w:tcBorders>
            <w:tcMar>
              <w:top w:w="150" w:type="dxa"/>
              <w:start w:w="170" w:type="dxa"/>
              <w:bottom w:w="150" w:type="dxa"/>
              <w:end w:w="170" w:type="dxa"/>
            </w:tcMar>
          </w:tcPr>
          <w:p>
            <w:r>
              <w:rPr>
                <w:rFonts w:ascii="EB Garamond" w:hAnsi="EB Garamond" w:eastAsia="EB Garamond"/>
                <w:i/>
                <w:color w:val="718096"/>
                <w:sz w:val="20"/>
              </w:rPr>
              <w:t>Írd ide a válaszod…</w:t>
            </w:r>
          </w:p>
          <w:p>
            <w:r>
              <w:t xml:space="preserve"> </w:t>
            </w:r>
          </w:p>
        </w:tc>
      </w:tr>
    </w:tbl>
    <w:p>
      <w:pPr>
        <w:sectPr>
          <w:headerReference w:type="default" r:id="rId10"/>
          <w:pgSz w:w="6123" w:h="11197"/>
          <w:pgMar w:top="5839" w:right="142" w:bottom="1587" w:left="652" w:header="0" w:footer="0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9"/>
      </w:tblGrid>
      <w:tr>
        <w:trPr>
          <w:trHeight w:val="3345" w:hRule="atLeast"/>
        </w:trPr>
        <w:tc>
          <w:tcPr>
            <w:tcW w:type="dxa" w:w="5329"/>
            <w:vAlign w:val="top"/>
            <w:shd w:fill="FAEBE9"/>
            <w:tcBorders>
              <w:top w:val="single" w:sz="7" w:color="D7A08D"/>
              <w:left w:val="single" w:sz="7" w:color="D7A08D"/>
              <w:bottom w:val="single" w:sz="7" w:color="D7A08D"/>
              <w:right w:val="single" w:sz="7" w:color="D7A08D"/>
            </w:tcBorders>
            <w:tcMar>
              <w:top w:w="150" w:type="dxa"/>
              <w:start w:w="170" w:type="dxa"/>
              <w:bottom w:w="150" w:type="dxa"/>
              <w:end w:w="170" w:type="dxa"/>
            </w:tcMar>
          </w:tcPr>
          <w:p>
            <w:r>
              <w:rPr>
                <w:rFonts w:ascii="EB Garamond" w:hAnsi="EB Garamond" w:eastAsia="EB Garamond"/>
                <w:i/>
                <w:color w:val="718096"/>
                <w:sz w:val="20"/>
              </w:rPr>
              <w:t>Írd ide a válaszod…</w:t>
            </w:r>
          </w:p>
          <w:p>
            <w:r>
              <w:t xml:space="preserve"> </w:t>
            </w:r>
          </w:p>
        </w:tc>
      </w:tr>
    </w:tbl>
    <w:p>
      <w:pPr>
        <w:sectPr>
          <w:headerReference w:type="default" r:id="rId11"/>
          <w:pgSz w:w="6123" w:h="11197"/>
          <w:pgMar w:top="5839" w:right="142" w:bottom="1587" w:left="652" w:header="0" w:footer="0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9"/>
      </w:tblGrid>
      <w:tr>
        <w:trPr>
          <w:trHeight w:val="3345" w:hRule="atLeast"/>
        </w:trPr>
        <w:tc>
          <w:tcPr>
            <w:tcW w:type="dxa" w:w="5329"/>
            <w:vAlign w:val="top"/>
            <w:shd w:fill="FAEBE9"/>
            <w:tcBorders>
              <w:top w:val="single" w:sz="7" w:color="D7A08D"/>
              <w:left w:val="single" w:sz="7" w:color="D7A08D"/>
              <w:bottom w:val="single" w:sz="7" w:color="D7A08D"/>
              <w:right w:val="single" w:sz="7" w:color="D7A08D"/>
            </w:tcBorders>
            <w:tcMar>
              <w:top w:w="150" w:type="dxa"/>
              <w:start w:w="170" w:type="dxa"/>
              <w:bottom w:w="150" w:type="dxa"/>
              <w:end w:w="170" w:type="dxa"/>
            </w:tcMar>
          </w:tcPr>
          <w:p>
            <w:r>
              <w:rPr>
                <w:rFonts w:ascii="EB Garamond" w:hAnsi="EB Garamond" w:eastAsia="EB Garamond"/>
                <w:i/>
                <w:color w:val="718096"/>
                <w:sz w:val="20"/>
              </w:rPr>
              <w:t>Írd ide a válaszod…</w:t>
            </w:r>
          </w:p>
          <w:p>
            <w:r>
              <w:t xml:space="preserve"> </w:t>
            </w:r>
          </w:p>
        </w:tc>
      </w:tr>
    </w:tbl>
    <w:p>
      <w:pPr>
        <w:sectPr>
          <w:headerReference w:type="default" r:id="rId12"/>
          <w:pgSz w:w="6123" w:h="11197"/>
          <w:pgMar w:top="5839" w:right="142" w:bottom="1587" w:left="652" w:header="0" w:footer="0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9"/>
      </w:tblGrid>
      <w:tr>
        <w:trPr>
          <w:trHeight w:val="3345" w:hRule="atLeast"/>
        </w:trPr>
        <w:tc>
          <w:tcPr>
            <w:tcW w:type="dxa" w:w="5329"/>
            <w:vAlign w:val="top"/>
            <w:shd w:fill="FAEBE9"/>
            <w:tcBorders>
              <w:top w:val="single" w:sz="7" w:color="D7A08D"/>
              <w:left w:val="single" w:sz="7" w:color="D7A08D"/>
              <w:bottom w:val="single" w:sz="7" w:color="D7A08D"/>
              <w:right w:val="single" w:sz="7" w:color="D7A08D"/>
            </w:tcBorders>
            <w:tcMar>
              <w:top w:w="150" w:type="dxa"/>
              <w:start w:w="170" w:type="dxa"/>
              <w:bottom w:w="150" w:type="dxa"/>
              <w:end w:w="170" w:type="dxa"/>
            </w:tcMar>
          </w:tcPr>
          <w:p>
            <w:r>
              <w:rPr>
                <w:rFonts w:ascii="EB Garamond" w:hAnsi="EB Garamond" w:eastAsia="EB Garamond"/>
                <w:i/>
                <w:color w:val="718096"/>
                <w:sz w:val="20"/>
              </w:rPr>
              <w:t>Írd ide a válaszod…</w:t>
            </w:r>
          </w:p>
          <w:p>
            <w:r>
              <w:t xml:space="preserve"> </w:t>
            </w:r>
          </w:p>
        </w:tc>
      </w:tr>
    </w:tbl>
    <w:p>
      <w:pPr>
        <w:sectPr>
          <w:headerReference w:type="default" r:id="rId13"/>
          <w:pgSz w:w="6123" w:h="11197"/>
          <w:pgMar w:top="5839" w:right="142" w:bottom="1587" w:left="652" w:header="0" w:footer="0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9"/>
      </w:tblGrid>
      <w:tr>
        <w:trPr>
          <w:trHeight w:val="3345" w:hRule="atLeast"/>
        </w:trPr>
        <w:tc>
          <w:tcPr>
            <w:tcW w:type="dxa" w:w="5329"/>
            <w:vAlign w:val="top"/>
            <w:shd w:fill="FAEBE9"/>
            <w:tcBorders>
              <w:top w:val="single" w:sz="7" w:color="D7A08D"/>
              <w:left w:val="single" w:sz="7" w:color="D7A08D"/>
              <w:bottom w:val="single" w:sz="7" w:color="D7A08D"/>
              <w:right w:val="single" w:sz="7" w:color="D7A08D"/>
            </w:tcBorders>
            <w:tcMar>
              <w:top w:w="150" w:type="dxa"/>
              <w:start w:w="170" w:type="dxa"/>
              <w:bottom w:w="150" w:type="dxa"/>
              <w:end w:w="170" w:type="dxa"/>
            </w:tcMar>
          </w:tcPr>
          <w:p>
            <w:r>
              <w:rPr>
                <w:rFonts w:ascii="EB Garamond" w:hAnsi="EB Garamond" w:eastAsia="EB Garamond"/>
                <w:i/>
                <w:color w:val="718096"/>
                <w:sz w:val="20"/>
              </w:rPr>
              <w:t>Írd ide a válaszod…</w:t>
            </w:r>
          </w:p>
          <w:p>
            <w:r>
              <w:t xml:space="preserve"> </w:t>
            </w:r>
          </w:p>
        </w:tc>
      </w:tr>
    </w:tbl>
    <w:p>
      <w:pPr>
        <w:sectPr>
          <w:headerReference w:type="default" r:id="rId14"/>
          <w:pgSz w:w="6123" w:h="11197"/>
          <w:pgMar w:top="5839" w:right="142" w:bottom="1587" w:left="652" w:header="0" w:footer="0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9"/>
      </w:tblGrid>
      <w:tr>
        <w:trPr>
          <w:trHeight w:val="3345" w:hRule="atLeast"/>
        </w:trPr>
        <w:tc>
          <w:tcPr>
            <w:tcW w:type="dxa" w:w="5329"/>
            <w:vAlign w:val="top"/>
            <w:shd w:fill="FAEBE9"/>
            <w:tcBorders>
              <w:top w:val="single" w:sz="7" w:color="D7A08D"/>
              <w:left w:val="single" w:sz="7" w:color="D7A08D"/>
              <w:bottom w:val="single" w:sz="7" w:color="D7A08D"/>
              <w:right w:val="single" w:sz="7" w:color="D7A08D"/>
            </w:tcBorders>
            <w:tcMar>
              <w:top w:w="150" w:type="dxa"/>
              <w:start w:w="170" w:type="dxa"/>
              <w:bottom w:w="150" w:type="dxa"/>
              <w:end w:w="170" w:type="dxa"/>
            </w:tcMar>
          </w:tcPr>
          <w:p>
            <w:r>
              <w:rPr>
                <w:rFonts w:ascii="EB Garamond" w:hAnsi="EB Garamond" w:eastAsia="EB Garamond"/>
                <w:i/>
                <w:color w:val="718096"/>
                <w:sz w:val="20"/>
              </w:rPr>
              <w:t>Írd ide a válaszod…</w:t>
            </w:r>
          </w:p>
          <w:p>
            <w:r>
              <w:t xml:space="preserve"> </w:t>
            </w:r>
          </w:p>
        </w:tc>
      </w:tr>
    </w:tbl>
    <w:p>
      <w:pPr>
        <w:sectPr>
          <w:headerReference w:type="default" r:id="rId15"/>
          <w:pgSz w:w="6123" w:h="11197"/>
          <w:pgMar w:top="5839" w:right="142" w:bottom="1587" w:left="652" w:header="0" w:footer="0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9"/>
      </w:tblGrid>
      <w:tr>
        <w:trPr>
          <w:trHeight w:val="3345" w:hRule="atLeast"/>
        </w:trPr>
        <w:tc>
          <w:tcPr>
            <w:tcW w:type="dxa" w:w="5329"/>
            <w:vAlign w:val="top"/>
            <w:shd w:fill="FAEBE9"/>
            <w:tcBorders>
              <w:top w:val="single" w:sz="7" w:color="D7A08D"/>
              <w:left w:val="single" w:sz="7" w:color="D7A08D"/>
              <w:bottom w:val="single" w:sz="7" w:color="D7A08D"/>
              <w:right w:val="single" w:sz="7" w:color="D7A08D"/>
            </w:tcBorders>
            <w:tcMar>
              <w:top w:w="150" w:type="dxa"/>
              <w:start w:w="170" w:type="dxa"/>
              <w:bottom w:w="150" w:type="dxa"/>
              <w:end w:w="170" w:type="dxa"/>
            </w:tcMar>
          </w:tcPr>
          <w:p>
            <w:r>
              <w:rPr>
                <w:rFonts w:ascii="EB Garamond" w:hAnsi="EB Garamond" w:eastAsia="EB Garamond"/>
                <w:i/>
                <w:color w:val="718096"/>
                <w:sz w:val="20"/>
              </w:rPr>
              <w:t>Írd ide a válaszod…</w:t>
            </w:r>
          </w:p>
          <w:p>
            <w:r>
              <w:t xml:space="preserve"> </w:t>
            </w:r>
          </w:p>
        </w:tc>
      </w:tr>
    </w:tbl>
    <w:p>
      <w:pPr>
        <w:sectPr>
          <w:headerReference w:type="default" r:id="rId16"/>
          <w:pgSz w:w="6123" w:h="11197"/>
          <w:pgMar w:top="5839" w:right="142" w:bottom="1587" w:left="652" w:header="0" w:footer="0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9"/>
      </w:tblGrid>
      <w:tr>
        <w:trPr>
          <w:trHeight w:val="3345" w:hRule="atLeast"/>
        </w:trPr>
        <w:tc>
          <w:tcPr>
            <w:tcW w:type="dxa" w:w="5329"/>
            <w:vAlign w:val="top"/>
            <w:shd w:fill="FAEBE9"/>
            <w:tcBorders>
              <w:top w:val="single" w:sz="7" w:color="D7A08D"/>
              <w:left w:val="single" w:sz="7" w:color="D7A08D"/>
              <w:bottom w:val="single" w:sz="7" w:color="D7A08D"/>
              <w:right w:val="single" w:sz="7" w:color="D7A08D"/>
            </w:tcBorders>
            <w:tcMar>
              <w:top w:w="150" w:type="dxa"/>
              <w:start w:w="170" w:type="dxa"/>
              <w:bottom w:w="150" w:type="dxa"/>
              <w:end w:w="170" w:type="dxa"/>
            </w:tcMar>
          </w:tcPr>
          <w:p>
            <w:r>
              <w:rPr>
                <w:rFonts w:ascii="EB Garamond" w:hAnsi="EB Garamond" w:eastAsia="EB Garamond"/>
                <w:i/>
                <w:color w:val="718096"/>
                <w:sz w:val="20"/>
              </w:rPr>
              <w:t>Írd ide a válaszod…</w:t>
            </w:r>
          </w:p>
          <w:p>
            <w:r>
              <w:t xml:space="preserve"> </w:t>
            </w:r>
          </w:p>
        </w:tc>
      </w:tr>
    </w:tbl>
    <w:p>
      <w:pPr>
        <w:sectPr>
          <w:headerReference w:type="default" r:id="rId17"/>
          <w:pgSz w:w="6123" w:h="11197"/>
          <w:pgMar w:top="5839" w:right="142" w:bottom="1587" w:left="652" w:header="0" w:footer="0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9"/>
      </w:tblGrid>
      <w:tr>
        <w:trPr>
          <w:trHeight w:val="3345" w:hRule="atLeast"/>
        </w:trPr>
        <w:tc>
          <w:tcPr>
            <w:tcW w:type="dxa" w:w="5329"/>
            <w:vAlign w:val="top"/>
            <w:shd w:fill="FAEBE9"/>
            <w:tcBorders>
              <w:top w:val="single" w:sz="7" w:color="D7A08D"/>
              <w:left w:val="single" w:sz="7" w:color="D7A08D"/>
              <w:bottom w:val="single" w:sz="7" w:color="D7A08D"/>
              <w:right w:val="single" w:sz="7" w:color="D7A08D"/>
            </w:tcBorders>
            <w:tcMar>
              <w:top w:w="150" w:type="dxa"/>
              <w:start w:w="170" w:type="dxa"/>
              <w:bottom w:w="150" w:type="dxa"/>
              <w:end w:w="170" w:type="dxa"/>
            </w:tcMar>
          </w:tcPr>
          <w:p>
            <w:r>
              <w:rPr>
                <w:rFonts w:ascii="EB Garamond" w:hAnsi="EB Garamond" w:eastAsia="EB Garamond"/>
                <w:i/>
                <w:color w:val="718096"/>
                <w:sz w:val="20"/>
              </w:rPr>
              <w:t>Írd ide a válaszod…</w:t>
            </w:r>
          </w:p>
          <w:p>
            <w:r>
              <w:t xml:space="preserve"> </w:t>
            </w:r>
          </w:p>
        </w:tc>
      </w:tr>
    </w:tbl>
    <w:p>
      <w:pPr>
        <w:sectPr>
          <w:headerReference w:type="default" r:id="rId18"/>
          <w:pgSz w:w="6123" w:h="11197"/>
          <w:pgMar w:top="5839" w:right="142" w:bottom="1587" w:left="652" w:header="0" w:footer="0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9"/>
      </w:tblGrid>
      <w:tr>
        <w:trPr>
          <w:trHeight w:val="3345" w:hRule="atLeast"/>
        </w:trPr>
        <w:tc>
          <w:tcPr>
            <w:tcW w:type="dxa" w:w="5329"/>
            <w:vAlign w:val="top"/>
            <w:shd w:fill="FAEBE9"/>
            <w:tcBorders>
              <w:top w:val="single" w:sz="7" w:color="D7A08D"/>
              <w:left w:val="single" w:sz="7" w:color="D7A08D"/>
              <w:bottom w:val="single" w:sz="7" w:color="D7A08D"/>
              <w:right w:val="single" w:sz="7" w:color="D7A08D"/>
            </w:tcBorders>
            <w:tcMar>
              <w:top w:w="150" w:type="dxa"/>
              <w:start w:w="170" w:type="dxa"/>
              <w:bottom w:w="150" w:type="dxa"/>
              <w:end w:w="170" w:type="dxa"/>
            </w:tcMar>
          </w:tcPr>
          <w:p>
            <w:r>
              <w:rPr>
                <w:rFonts w:ascii="EB Garamond" w:hAnsi="EB Garamond" w:eastAsia="EB Garamond"/>
                <w:i/>
                <w:color w:val="718096"/>
                <w:sz w:val="20"/>
              </w:rPr>
              <w:t>Írd ide a válaszod…</w:t>
            </w:r>
          </w:p>
          <w:p>
            <w:r>
              <w:t xml:space="preserve"> </w:t>
            </w:r>
          </w:p>
        </w:tc>
      </w:tr>
    </w:tbl>
    <w:p>
      <w:pPr>
        <w:sectPr>
          <w:headerReference w:type="default" r:id="rId19"/>
          <w:pgSz w:w="6123" w:h="11197"/>
          <w:pgMar w:top="5839" w:right="142" w:bottom="1587" w:left="652" w:header="0" w:footer="0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9"/>
      </w:tblGrid>
      <w:tr>
        <w:trPr>
          <w:trHeight w:val="3345" w:hRule="atLeast"/>
        </w:trPr>
        <w:tc>
          <w:tcPr>
            <w:tcW w:type="dxa" w:w="5329"/>
            <w:vAlign w:val="top"/>
            <w:shd w:fill="FAEBE9"/>
            <w:tcBorders>
              <w:top w:val="single" w:sz="7" w:color="D7A08D"/>
              <w:left w:val="single" w:sz="7" w:color="D7A08D"/>
              <w:bottom w:val="single" w:sz="7" w:color="D7A08D"/>
              <w:right w:val="single" w:sz="7" w:color="D7A08D"/>
            </w:tcBorders>
            <w:tcMar>
              <w:top w:w="150" w:type="dxa"/>
              <w:start w:w="170" w:type="dxa"/>
              <w:bottom w:w="150" w:type="dxa"/>
              <w:end w:w="170" w:type="dxa"/>
            </w:tcMar>
          </w:tcPr>
          <w:p>
            <w:r>
              <w:rPr>
                <w:rFonts w:ascii="EB Garamond" w:hAnsi="EB Garamond" w:eastAsia="EB Garamond"/>
                <w:i/>
                <w:color w:val="718096"/>
                <w:sz w:val="20"/>
              </w:rPr>
              <w:t>Írd ide a válaszod…</w:t>
            </w:r>
          </w:p>
          <w:p>
            <w:r>
              <w:t xml:space="preserve"> </w:t>
            </w:r>
          </w:p>
        </w:tc>
      </w:tr>
    </w:tbl>
    <w:p>
      <w:pPr>
        <w:sectPr>
          <w:headerReference w:type="default" r:id="rId20"/>
          <w:pgSz w:w="6123" w:h="11197"/>
          <w:pgMar w:top="5839" w:right="142" w:bottom="1587" w:left="652" w:header="0" w:footer="0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9"/>
      </w:tblGrid>
      <w:tr>
        <w:trPr>
          <w:trHeight w:val="3345" w:hRule="atLeast"/>
        </w:trPr>
        <w:tc>
          <w:tcPr>
            <w:tcW w:type="dxa" w:w="5329"/>
            <w:vAlign w:val="top"/>
            <w:shd w:fill="FAEBE9"/>
            <w:tcBorders>
              <w:top w:val="single" w:sz="7" w:color="D7A08D"/>
              <w:left w:val="single" w:sz="7" w:color="D7A08D"/>
              <w:bottom w:val="single" w:sz="7" w:color="D7A08D"/>
              <w:right w:val="single" w:sz="7" w:color="D7A08D"/>
            </w:tcBorders>
            <w:tcMar>
              <w:top w:w="150" w:type="dxa"/>
              <w:start w:w="170" w:type="dxa"/>
              <w:bottom w:w="150" w:type="dxa"/>
              <w:end w:w="170" w:type="dxa"/>
            </w:tcMar>
          </w:tcPr>
          <w:p>
            <w:r>
              <w:rPr>
                <w:rFonts w:ascii="EB Garamond" w:hAnsi="EB Garamond" w:eastAsia="EB Garamond"/>
                <w:i/>
                <w:color w:val="718096"/>
                <w:sz w:val="20"/>
              </w:rPr>
              <w:t>Írd ide a válaszod…</w:t>
            </w:r>
          </w:p>
          <w:p>
            <w:r>
              <w:t xml:space="preserve"> </w:t>
            </w:r>
          </w:p>
        </w:tc>
      </w:tr>
    </w:tbl>
    <w:p>
      <w:pPr>
        <w:sectPr>
          <w:headerReference w:type="default" r:id="rId21"/>
          <w:pgSz w:w="6123" w:h="11197"/>
          <w:pgMar w:top="5839" w:right="142" w:bottom="1587" w:left="652" w:header="0" w:footer="0" w:gutter="0"/>
          <w:cols w:space="720"/>
          <w:docGrid w:linePitch="360"/>
        </w:sectPr>
      </w:pPr>
    </w:p>
    <w:p>
      <w:r>
        <w:t xml:space="preserve"> </w:t>
      </w:r>
    </w:p>
    <w:sectPr w:rsidR="00FC693F" w:rsidRPr="0006063C" w:rsidSect="00034616">
      <w:headerReference w:type="default" r:id="rId22"/>
      <w:pgSz w:w="6123" w:h="11197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3888000" cy="7110000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hu_cover_cro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88000" cy="7110000"/>
                  </a:xfrm>
                  <a:prstGeom prst="rect"/>
                </pic:spPr>
              </pic:pic>
            </a:graphicData>
          </a:graphic>
        </wp:anchor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3888000" cy="7110000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hu_card_0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88000" cy="7110000"/>
                  </a:xfrm>
                  <a:prstGeom prst="rect"/>
                </pic:spPr>
              </pic:pic>
            </a:graphicData>
          </a:graphic>
        </wp:anchor>
      </w:drawing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3888000" cy="7110000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hu_card_0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88000" cy="7110000"/>
                  </a:xfrm>
                  <a:prstGeom prst="rect"/>
                </pic:spPr>
              </pic:pic>
            </a:graphicData>
          </a:graphic>
        </wp:anchor>
      </w:drawing>
    </w:r>
  </w:p>
</w:hdr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3888000" cy="7110000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hu_card_0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88000" cy="7110000"/>
                  </a:xfrm>
                  <a:prstGeom prst="rect"/>
                </pic:spPr>
              </pic:pic>
            </a:graphicData>
          </a:graphic>
        </wp:anchor>
      </w:drawing>
    </w:r>
  </w:p>
</w:hdr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3888000" cy="7110000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hu_card_04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88000" cy="7110000"/>
                  </a:xfrm>
                  <a:prstGeom prst="rect"/>
                </pic:spPr>
              </pic:pic>
            </a:graphicData>
          </a:graphic>
        </wp:anchor>
      </w:drawing>
    </w:r>
  </w:p>
</w:hdr>
</file>

<file path=word/header6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3888000" cy="7110000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hu_card_05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88000" cy="7110000"/>
                  </a:xfrm>
                  <a:prstGeom prst="rect"/>
                </pic:spPr>
              </pic:pic>
            </a:graphicData>
          </a:graphic>
        </wp:anchor>
      </w:drawing>
    </w:r>
  </w:p>
</w:hdr>
</file>

<file path=word/header7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3888000" cy="7110000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hu_card_06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88000" cy="7110000"/>
                  </a:xfrm>
                  <a:prstGeom prst="rect"/>
                </pic:spPr>
              </pic:pic>
            </a:graphicData>
          </a:graphic>
        </wp:anchor>
      </w:drawing>
    </w:r>
  </w:p>
</w:hdr>
</file>

<file path=word/header8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3888000" cy="7110000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hu_card_07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88000" cy="7110000"/>
                  </a:xfrm>
                  <a:prstGeom prst="rect"/>
                </pic:spPr>
              </pic:pic>
            </a:graphicData>
          </a:graphic>
        </wp:anchor>
      </w:drawing>
    </w:r>
  </w:p>
</w:hdr>
</file>

<file path=word/header9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3888000" cy="7110000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hu_card_08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88000" cy="7110000"/>
                  </a:xfrm>
                  <a:prstGeom prst="rect"/>
                </pic:spPr>
              </pic:pic>
            </a:graphicData>
          </a:graphic>
        </wp:anchor>
      </w:drawing>
    </w:r>
  </w:p>
</w:hdr>
</file>

<file path=word/header10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3888000" cy="7110000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hu_card_09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88000" cy="7110000"/>
                  </a:xfrm>
                  <a:prstGeom prst="rect"/>
                </pic:spPr>
              </pic:pic>
            </a:graphicData>
          </a:graphic>
        </wp:anchor>
      </w:drawing>
    </w:r>
  </w:p>
</w:hdr>
</file>

<file path=word/header1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3888000" cy="7110000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hu_card_1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88000" cy="7110000"/>
                  </a:xfrm>
                  <a:prstGeom prst="rect"/>
                </pic:spPr>
              </pic:pic>
            </a:graphicData>
          </a:graphic>
        </wp:anchor>
      </w:drawing>
    </w:r>
  </w:p>
</w:hdr>
</file>

<file path=word/header1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3888000" cy="7110000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hu_card_1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88000" cy="7110000"/>
                  </a:xfrm>
                  <a:prstGeom prst="rect"/>
                </pic:spPr>
              </pic:pic>
            </a:graphicData>
          </a:graphic>
        </wp:anchor>
      </w:drawing>
    </w:r>
  </w:p>
</w:hdr>
</file>

<file path=word/header1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3888000" cy="7110000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hu_card_1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88000" cy="7110000"/>
                  </a:xfrm>
                  <a:prstGeom prst="rect"/>
                </pic:spPr>
              </pic:pic>
            </a:graphicData>
          </a:graphic>
        </wp:anchor>
      </w:drawing>
    </w:r>
  </w:p>
</w:hdr>
</file>

<file path=word/header1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3888000" cy="7110000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hu_fin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88000" cy="7110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header" Target="header4.xml"/><Relationship Id="rId13" Type="http://schemas.openxmlformats.org/officeDocument/2006/relationships/header" Target="header5.xml"/><Relationship Id="rId14" Type="http://schemas.openxmlformats.org/officeDocument/2006/relationships/header" Target="header6.xml"/><Relationship Id="rId15" Type="http://schemas.openxmlformats.org/officeDocument/2006/relationships/header" Target="header7.xml"/><Relationship Id="rId16" Type="http://schemas.openxmlformats.org/officeDocument/2006/relationships/header" Target="header8.xml"/><Relationship Id="rId17" Type="http://schemas.openxmlformats.org/officeDocument/2006/relationships/header" Target="header9.xml"/><Relationship Id="rId18" Type="http://schemas.openxmlformats.org/officeDocument/2006/relationships/header" Target="header10.xml"/><Relationship Id="rId19" Type="http://schemas.openxmlformats.org/officeDocument/2006/relationships/header" Target="header11.xml"/><Relationship Id="rId20" Type="http://schemas.openxmlformats.org/officeDocument/2006/relationships/header" Target="header12.xml"/><Relationship Id="rId21" Type="http://schemas.openxmlformats.org/officeDocument/2006/relationships/header" Target="header13.xml"/><Relationship Id="rId22" Type="http://schemas.openxmlformats.org/officeDocument/2006/relationships/header" Target="header14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_rels/header4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/Relationships>
</file>

<file path=word/_rels/header5.xml.rels><?xml version='1.0' encoding='UTF-8' standalone='yes'?>
<Relationships xmlns="http://schemas.openxmlformats.org/package/2006/relationships"><Relationship Id="rId1" Type="http://schemas.openxmlformats.org/officeDocument/2006/relationships/image" Target="media/image5.png"/></Relationships>
</file>

<file path=word/_rels/header6.xml.rels><?xml version='1.0' encoding='UTF-8' standalone='yes'?>
<Relationships xmlns="http://schemas.openxmlformats.org/package/2006/relationships"><Relationship Id="rId1" Type="http://schemas.openxmlformats.org/officeDocument/2006/relationships/image" Target="media/image6.png"/></Relationships>
</file>

<file path=word/_rels/header7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8.xml.rels><?xml version='1.0' encoding='UTF-8' standalone='yes'?>
<Relationships xmlns="http://schemas.openxmlformats.org/package/2006/relationships"><Relationship Id="rId1" Type="http://schemas.openxmlformats.org/officeDocument/2006/relationships/image" Target="media/image8.png"/></Relationships>
</file>

<file path=word/_rels/header9.xml.rels><?xml version='1.0' encoding='UTF-8' standalone='yes'?>
<Relationships xmlns="http://schemas.openxmlformats.org/package/2006/relationships"><Relationship Id="rId1" Type="http://schemas.openxmlformats.org/officeDocument/2006/relationships/image" Target="media/image9.png"/></Relationships>
</file>

<file path=word/_rels/header10.xml.rels><?xml version='1.0' encoding='UTF-8' standalone='yes'?>
<Relationships xmlns="http://schemas.openxmlformats.org/package/2006/relationships"><Relationship Id="rId1" Type="http://schemas.openxmlformats.org/officeDocument/2006/relationships/image" Target="media/image10.png"/></Relationships>
</file>

<file path=word/_rels/header11.xml.rels><?xml version='1.0' encoding='UTF-8' standalone='yes'?>
<Relationships xmlns="http://schemas.openxmlformats.org/package/2006/relationships"><Relationship Id="rId1" Type="http://schemas.openxmlformats.org/officeDocument/2006/relationships/image" Target="media/image11.png"/></Relationships>
</file>

<file path=word/_rels/header12.xml.rels><?xml version='1.0' encoding='UTF-8' standalone='yes'?>
<Relationships xmlns="http://schemas.openxmlformats.org/package/2006/relationships"><Relationship Id="rId1" Type="http://schemas.openxmlformats.org/officeDocument/2006/relationships/image" Target="media/image12.png"/></Relationships>
</file>

<file path=word/_rels/header13.xml.rels><?xml version='1.0' encoding='UTF-8' standalone='yes'?>
<Relationships xmlns="http://schemas.openxmlformats.org/package/2006/relationships"><Relationship Id="rId1" Type="http://schemas.openxmlformats.org/officeDocument/2006/relationships/image" Target="media/image13.png"/></Relationships>
</file>

<file path=word/_rels/header14.xml.rels><?xml version='1.0' encoding='UTF-8' standalone='yes'?>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És te mit válaszolnál? – 12 kártya az újrakezdéshez</dc:title>
  <dc:subject/>
  <dc:creator>Alina Norven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