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Liberation Serif" w:hAnsi="Liberation Serif"/>
          <w:b/>
          <w:i w:val="0"/>
          <w:color w:val="123A5A"/>
          <w:sz w:val="33"/>
        </w:rPr>
        <w:t>SOP-SABLON</w:t>
      </w:r>
    </w:p>
    <w:p>
      <w:pPr>
        <w:spacing w:after="100"/>
        <w:jc w:val="center"/>
      </w:pPr>
      <w:r>
        <w:rPr>
          <w:rFonts w:ascii="Liberation Sans" w:hAnsi="Liberation Sans"/>
          <w:b w:val="0"/>
          <w:i w:val="0"/>
          <w:color w:val="C9A24D"/>
          <w:sz w:val="16"/>
        </w:rPr>
        <w:t>—  ◆  —</w:t>
      </w:r>
    </w:p>
    <w:p>
      <w:pPr>
        <w:spacing w:after="160"/>
        <w:jc w:val="center"/>
      </w:pPr>
      <w:r>
        <w:rPr>
          <w:rFonts w:ascii="Liberation Sans" w:hAnsi="Liberation Sans"/>
          <w:b w:val="0"/>
          <w:i/>
          <w:color w:val="555555"/>
          <w:sz w:val="17"/>
        </w:rPr>
        <w:t>Szerkeszthető alap egy standard működési eljárás részletes dokumentálásához.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997"/>
        <w:gridCol w:w="3997"/>
      </w:tblGrid>
      <w:tr>
        <w:tc>
          <w:tcPr>
            <w:tcW w:type="dxa" w:w="2381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r>
              <w:rPr>
                <w:rFonts w:ascii="Liberation Sans" w:hAnsi="Liberation Sans"/>
                <w:b/>
                <w:i w:val="0"/>
                <w:color w:val="123A5A"/>
                <w:sz w:val="17"/>
              </w:rPr>
              <w:t>SOP címe</w:t>
            </w:r>
          </w:p>
        </w:tc>
        <w:tc>
          <w:tcPr>
            <w:tcW w:type="dxa" w:w="5669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888888"/>
                <w:sz w:val="16"/>
              </w:rPr>
              <w:t>_________________________________________________________________</w:t>
            </w:r>
          </w:p>
        </w:tc>
      </w:tr>
      <w:tr>
        <w:tc>
          <w:tcPr>
            <w:tcW w:type="dxa" w:w="2381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r>
              <w:rPr>
                <w:rFonts w:ascii="Liberation Sans" w:hAnsi="Liberation Sans"/>
                <w:b/>
                <w:i w:val="0"/>
                <w:color w:val="123A5A"/>
                <w:sz w:val="17"/>
              </w:rPr>
              <w:t>Azonosító</w:t>
            </w:r>
          </w:p>
        </w:tc>
        <w:tc>
          <w:tcPr>
            <w:tcW w:type="dxa" w:w="5669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888888"/>
                <w:sz w:val="16"/>
              </w:rPr>
              <w:t>_________________________________________________________________</w:t>
            </w:r>
          </w:p>
        </w:tc>
      </w:tr>
      <w:tr>
        <w:tc>
          <w:tcPr>
            <w:tcW w:type="dxa" w:w="2381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r>
              <w:rPr>
                <w:rFonts w:ascii="Liberation Sans" w:hAnsi="Liberation Sans"/>
                <w:b/>
                <w:i w:val="0"/>
                <w:color w:val="123A5A"/>
                <w:sz w:val="17"/>
              </w:rPr>
              <w:t>Verzió</w:t>
            </w:r>
          </w:p>
        </w:tc>
        <w:tc>
          <w:tcPr>
            <w:tcW w:type="dxa" w:w="5669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888888"/>
                <w:sz w:val="16"/>
              </w:rPr>
              <w:t>_________________________________________________________________</w:t>
            </w:r>
          </w:p>
        </w:tc>
      </w:tr>
      <w:tr>
        <w:tc>
          <w:tcPr>
            <w:tcW w:type="dxa" w:w="2381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r>
              <w:rPr>
                <w:rFonts w:ascii="Liberation Sans" w:hAnsi="Liberation Sans"/>
                <w:b/>
                <w:i w:val="0"/>
                <w:color w:val="123A5A"/>
                <w:sz w:val="17"/>
              </w:rPr>
              <w:t>Hatálybalépés</w:t>
            </w:r>
          </w:p>
        </w:tc>
        <w:tc>
          <w:tcPr>
            <w:tcW w:type="dxa" w:w="5669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888888"/>
                <w:sz w:val="16"/>
              </w:rPr>
              <w:t>_________________________________________________________________</w:t>
            </w:r>
          </w:p>
        </w:tc>
      </w:tr>
      <w:tr>
        <w:tc>
          <w:tcPr>
            <w:tcW w:type="dxa" w:w="2381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r>
              <w:rPr>
                <w:rFonts w:ascii="Liberation Sans" w:hAnsi="Liberation Sans"/>
                <w:b/>
                <w:i w:val="0"/>
                <w:color w:val="123A5A"/>
                <w:sz w:val="17"/>
              </w:rPr>
              <w:t>Tulajdonos / felelős</w:t>
            </w:r>
          </w:p>
        </w:tc>
        <w:tc>
          <w:tcPr>
            <w:tcW w:type="dxa" w:w="5669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888888"/>
                <w:sz w:val="16"/>
              </w:rPr>
              <w:t>_________________________________________________________________</w:t>
            </w:r>
          </w:p>
        </w:tc>
      </w:tr>
    </w:tbl>
    <w:p>
      <w:pPr>
        <w:spacing w:before="120" w:after="60"/>
      </w:pPr>
      <w:r>
        <w:rPr>
          <w:rFonts w:ascii="Liberation Serif" w:hAnsi="Liberation Serif"/>
          <w:b/>
          <w:i w:val="0"/>
          <w:color w:val="123A5A"/>
          <w:sz w:val="23"/>
        </w:rPr>
        <w:t>1. Cél</w:t>
      </w:r>
    </w:p>
    <w:p>
      <w:pPr>
        <w:spacing w:after="40"/>
      </w:pPr>
      <w:r>
        <w:rPr>
          <w:rFonts w:ascii="Liberation Sans" w:hAnsi="Liberation Sans"/>
          <w:b w:val="0"/>
          <w:i w:val="0"/>
          <w:color w:val="666666"/>
          <w:sz w:val="17"/>
        </w:rPr>
        <w:t>1. ____________________________________________________________________</w:t>
      </w:r>
    </w:p>
    <w:p>
      <w:pPr>
        <w:spacing w:after="40"/>
      </w:pPr>
      <w:r>
        <w:rPr>
          <w:rFonts w:ascii="Liberation Sans" w:hAnsi="Liberation Sans"/>
          <w:b w:val="0"/>
          <w:i w:val="0"/>
          <w:color w:val="666666"/>
          <w:sz w:val="17"/>
        </w:rPr>
        <w:t>2. ____________________________________________________________________</w:t>
      </w:r>
    </w:p>
    <w:p>
      <w:pPr>
        <w:spacing w:after="40"/>
      </w:pPr>
      <w:r>
        <w:rPr>
          <w:rFonts w:ascii="Liberation Sans" w:hAnsi="Liberation Sans"/>
          <w:b w:val="0"/>
          <w:i w:val="0"/>
          <w:color w:val="666666"/>
          <w:sz w:val="17"/>
        </w:rPr>
        <w:t>3. ____________________________________________________________________</w:t>
      </w:r>
    </w:p>
    <w:p>
      <w:pPr>
        <w:spacing w:before="120" w:after="60"/>
      </w:pPr>
      <w:r>
        <w:rPr>
          <w:rFonts w:ascii="Liberation Serif" w:hAnsi="Liberation Serif"/>
          <w:b/>
          <w:i w:val="0"/>
          <w:color w:val="123A5A"/>
          <w:sz w:val="23"/>
        </w:rPr>
        <w:t>2. Hatály és érintettek</w:t>
      </w:r>
    </w:p>
    <w:p>
      <w:pPr>
        <w:spacing w:after="40"/>
      </w:pPr>
      <w:r>
        <w:rPr>
          <w:rFonts w:ascii="Liberation Sans" w:hAnsi="Liberation Sans"/>
          <w:b w:val="0"/>
          <w:i w:val="0"/>
          <w:color w:val="666666"/>
          <w:sz w:val="17"/>
        </w:rPr>
        <w:t>1. ____________________________________________________________________</w:t>
      </w:r>
    </w:p>
    <w:p>
      <w:pPr>
        <w:spacing w:after="40"/>
      </w:pPr>
      <w:r>
        <w:rPr>
          <w:rFonts w:ascii="Liberation Sans" w:hAnsi="Liberation Sans"/>
          <w:b w:val="0"/>
          <w:i w:val="0"/>
          <w:color w:val="666666"/>
          <w:sz w:val="17"/>
        </w:rPr>
        <w:t>2. ____________________________________________________________________</w:t>
      </w:r>
    </w:p>
    <w:p>
      <w:pPr>
        <w:spacing w:after="40"/>
      </w:pPr>
      <w:r>
        <w:rPr>
          <w:rFonts w:ascii="Liberation Sans" w:hAnsi="Liberation Sans"/>
          <w:b w:val="0"/>
          <w:i w:val="0"/>
          <w:color w:val="666666"/>
          <w:sz w:val="17"/>
        </w:rPr>
        <w:t>3. ____________________________________________________________________</w:t>
      </w:r>
    </w:p>
    <w:p>
      <w:pPr>
        <w:spacing w:before="120" w:after="60"/>
      </w:pPr>
      <w:r>
        <w:rPr>
          <w:rFonts w:ascii="Liberation Serif" w:hAnsi="Liberation Serif"/>
          <w:b/>
          <w:i w:val="0"/>
          <w:color w:val="123A5A"/>
          <w:sz w:val="23"/>
        </w:rPr>
        <w:t>3. Szükséges eszközök / dokumentumok / hozzáférések</w:t>
      </w:r>
    </w:p>
    <w:p>
      <w:pPr>
        <w:spacing w:after="40"/>
      </w:pPr>
      <w:r>
        <w:rPr>
          <w:rFonts w:ascii="Liberation Sans" w:hAnsi="Liberation Sans"/>
          <w:b w:val="0"/>
          <w:i w:val="0"/>
          <w:color w:val="666666"/>
          <w:sz w:val="17"/>
        </w:rPr>
        <w:t>1. ____________________________________________________________________</w:t>
      </w:r>
    </w:p>
    <w:p>
      <w:pPr>
        <w:spacing w:after="40"/>
      </w:pPr>
      <w:r>
        <w:rPr>
          <w:rFonts w:ascii="Liberation Sans" w:hAnsi="Liberation Sans"/>
          <w:b w:val="0"/>
          <w:i w:val="0"/>
          <w:color w:val="666666"/>
          <w:sz w:val="17"/>
        </w:rPr>
        <w:t>2. ____________________________________________________________________</w:t>
      </w:r>
    </w:p>
    <w:p>
      <w:pPr>
        <w:spacing w:after="40"/>
      </w:pPr>
      <w:r>
        <w:rPr>
          <w:rFonts w:ascii="Liberation Sans" w:hAnsi="Liberation Sans"/>
          <w:b w:val="0"/>
          <w:i w:val="0"/>
          <w:color w:val="666666"/>
          <w:sz w:val="17"/>
        </w:rPr>
        <w:t>3. ____________________________________________________________________</w:t>
      </w:r>
    </w:p>
    <w:p>
      <w:pPr>
        <w:spacing w:after="40"/>
      </w:pPr>
      <w:r>
        <w:rPr>
          <w:rFonts w:ascii="Liberation Sans" w:hAnsi="Liberation Sans"/>
          <w:b w:val="0"/>
          <w:i w:val="0"/>
          <w:color w:val="666666"/>
          <w:sz w:val="17"/>
        </w:rPr>
        <w:t>4. ____________________________________________________________________</w:t>
      </w:r>
    </w:p>
    <w:p>
      <w:pPr>
        <w:spacing w:before="120" w:after="60"/>
      </w:pPr>
      <w:r>
        <w:rPr>
          <w:rFonts w:ascii="Liberation Serif" w:hAnsi="Liberation Serif"/>
          <w:b/>
          <w:i w:val="0"/>
          <w:color w:val="123A5A"/>
          <w:sz w:val="23"/>
        </w:rPr>
        <w:t>4. Eljárás lépésről lépésre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65"/>
        <w:gridCol w:w="2665"/>
        <w:gridCol w:w="2665"/>
      </w:tblGrid>
      <w:tr>
        <w:trPr>
          <w:tblHeader w:val="true"/>
        </w:trPr>
        <w:tc>
          <w:tcPr>
            <w:tcW w:type="dxa" w:w="1020"/>
            <w:shd w:fill="123A5A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i w:val="0"/>
                <w:color w:val="FFFFFF"/>
                <w:sz w:val="16"/>
              </w:rPr>
              <w:t>Lépés</w:t>
            </w:r>
          </w:p>
        </w:tc>
        <w:tc>
          <w:tcPr>
            <w:tcW w:type="dxa" w:w="4479"/>
            <w:shd w:fill="123A5A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i w:val="0"/>
                <w:color w:val="FFFFFF"/>
                <w:sz w:val="16"/>
              </w:rPr>
              <w:t>Tevékenység</w:t>
            </w:r>
          </w:p>
        </w:tc>
        <w:tc>
          <w:tcPr>
            <w:tcW w:type="dxa" w:w="2438"/>
            <w:shd w:fill="123A5A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i w:val="0"/>
                <w:color w:val="FFFFFF"/>
                <w:sz w:val="16"/>
              </w:rPr>
              <w:t>Felelős / ellenőrzés</w:t>
            </w:r>
          </w:p>
        </w:tc>
      </w:tr>
      <w:tr>
        <w:tc>
          <w:tcPr>
            <w:tcW w:type="dxa" w:w="1020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  <w:t>1</w:t>
            </w:r>
          </w:p>
        </w:tc>
        <w:tc>
          <w:tcPr>
            <w:tcW w:type="dxa" w:w="4479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</w:r>
          </w:p>
        </w:tc>
        <w:tc>
          <w:tcPr>
            <w:tcW w:type="dxa" w:w="2438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</w:r>
          </w:p>
        </w:tc>
      </w:tr>
      <w:tr>
        <w:tc>
          <w:tcPr>
            <w:tcW w:type="dxa" w:w="1020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  <w:t>2</w:t>
            </w:r>
          </w:p>
        </w:tc>
        <w:tc>
          <w:tcPr>
            <w:tcW w:type="dxa" w:w="4479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</w:r>
          </w:p>
        </w:tc>
        <w:tc>
          <w:tcPr>
            <w:tcW w:type="dxa" w:w="2438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</w:r>
          </w:p>
        </w:tc>
      </w:tr>
      <w:tr>
        <w:tc>
          <w:tcPr>
            <w:tcW w:type="dxa" w:w="1020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  <w:t>3</w:t>
            </w:r>
          </w:p>
        </w:tc>
        <w:tc>
          <w:tcPr>
            <w:tcW w:type="dxa" w:w="4479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</w:r>
          </w:p>
        </w:tc>
        <w:tc>
          <w:tcPr>
            <w:tcW w:type="dxa" w:w="2438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</w:r>
          </w:p>
        </w:tc>
      </w:tr>
      <w:tr>
        <w:tc>
          <w:tcPr>
            <w:tcW w:type="dxa" w:w="1020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  <w:t>4</w:t>
            </w:r>
          </w:p>
        </w:tc>
        <w:tc>
          <w:tcPr>
            <w:tcW w:type="dxa" w:w="4479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</w:r>
          </w:p>
        </w:tc>
        <w:tc>
          <w:tcPr>
            <w:tcW w:type="dxa" w:w="2438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</w:r>
          </w:p>
        </w:tc>
      </w:tr>
      <w:tr>
        <w:tc>
          <w:tcPr>
            <w:tcW w:type="dxa" w:w="1020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  <w:t>5</w:t>
            </w:r>
          </w:p>
        </w:tc>
        <w:tc>
          <w:tcPr>
            <w:tcW w:type="dxa" w:w="4479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</w:r>
          </w:p>
        </w:tc>
        <w:tc>
          <w:tcPr>
            <w:tcW w:type="dxa" w:w="2438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</w:r>
          </w:p>
        </w:tc>
      </w:tr>
      <w:tr>
        <w:tc>
          <w:tcPr>
            <w:tcW w:type="dxa" w:w="1020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  <w:t>6</w:t>
            </w:r>
          </w:p>
        </w:tc>
        <w:tc>
          <w:tcPr>
            <w:tcW w:type="dxa" w:w="4479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</w:r>
          </w:p>
        </w:tc>
        <w:tc>
          <w:tcPr>
            <w:tcW w:type="dxa" w:w="2438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</w:r>
          </w:p>
        </w:tc>
      </w:tr>
      <w:tr>
        <w:tc>
          <w:tcPr>
            <w:tcW w:type="dxa" w:w="1020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  <w:t>7</w:t>
            </w:r>
          </w:p>
        </w:tc>
        <w:tc>
          <w:tcPr>
            <w:tcW w:type="dxa" w:w="4479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</w:r>
          </w:p>
        </w:tc>
        <w:tc>
          <w:tcPr>
            <w:tcW w:type="dxa" w:w="2438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</w:r>
          </w:p>
        </w:tc>
      </w:tr>
      <w:tr>
        <w:tc>
          <w:tcPr>
            <w:tcW w:type="dxa" w:w="1020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  <w:t>8</w:t>
            </w:r>
          </w:p>
        </w:tc>
        <w:tc>
          <w:tcPr>
            <w:tcW w:type="dxa" w:w="4479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</w:r>
          </w:p>
        </w:tc>
        <w:tc>
          <w:tcPr>
            <w:tcW w:type="dxa" w:w="2438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</w:r>
          </w:p>
        </w:tc>
      </w:tr>
    </w:tbl>
    <w:p>
      <w:pPr>
        <w:spacing w:before="120" w:after="60"/>
      </w:pPr>
      <w:r>
        <w:rPr>
          <w:rFonts w:ascii="Liberation Serif" w:hAnsi="Liberation Serif"/>
          <w:b/>
          <w:i w:val="0"/>
          <w:color w:val="123A5A"/>
          <w:sz w:val="23"/>
        </w:rPr>
        <w:t>5. Minőségi és ellenőrzési pontok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65"/>
        <w:gridCol w:w="2665"/>
        <w:gridCol w:w="2665"/>
      </w:tblGrid>
      <w:tr>
        <w:trPr>
          <w:tblHeader w:val="true"/>
        </w:trPr>
        <w:tc>
          <w:tcPr>
            <w:tcW w:type="dxa" w:w="3118"/>
            <w:shd w:fill="123A5A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i w:val="0"/>
                <w:color w:val="FFFFFF"/>
                <w:sz w:val="16"/>
              </w:rPr>
              <w:t>Ellenőrzési pont</w:t>
            </w:r>
          </w:p>
        </w:tc>
        <w:tc>
          <w:tcPr>
            <w:tcW w:type="dxa" w:w="3118"/>
            <w:shd w:fill="123A5A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i w:val="0"/>
                <w:color w:val="FFFFFF"/>
                <w:sz w:val="16"/>
              </w:rPr>
              <w:t>Elvárt eredmény</w:t>
            </w:r>
          </w:p>
        </w:tc>
        <w:tc>
          <w:tcPr>
            <w:tcW w:type="dxa" w:w="1701"/>
            <w:shd w:fill="123A5A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i w:val="0"/>
                <w:color w:val="FFFFFF"/>
                <w:sz w:val="16"/>
              </w:rPr>
              <w:t>Felelős</w:t>
            </w:r>
          </w:p>
        </w:tc>
      </w:tr>
      <w:tr>
        <w:tc>
          <w:tcPr>
            <w:tcW w:type="dxa" w:w="3118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</w:r>
          </w:p>
        </w:tc>
        <w:tc>
          <w:tcPr>
            <w:tcW w:type="dxa" w:w="3118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</w:r>
          </w:p>
        </w:tc>
        <w:tc>
          <w:tcPr>
            <w:tcW w:type="dxa" w:w="1701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</w:r>
          </w:p>
        </w:tc>
      </w:tr>
      <w:tr>
        <w:tc>
          <w:tcPr>
            <w:tcW w:type="dxa" w:w="3118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</w:r>
          </w:p>
        </w:tc>
        <w:tc>
          <w:tcPr>
            <w:tcW w:type="dxa" w:w="3118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</w:r>
          </w:p>
        </w:tc>
        <w:tc>
          <w:tcPr>
            <w:tcW w:type="dxa" w:w="1701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</w:r>
          </w:p>
        </w:tc>
      </w:tr>
      <w:tr>
        <w:tc>
          <w:tcPr>
            <w:tcW w:type="dxa" w:w="3118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</w:r>
          </w:p>
        </w:tc>
        <w:tc>
          <w:tcPr>
            <w:tcW w:type="dxa" w:w="3118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</w:r>
          </w:p>
        </w:tc>
        <w:tc>
          <w:tcPr>
            <w:tcW w:type="dxa" w:w="1701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</w:r>
          </w:p>
        </w:tc>
      </w:tr>
      <w:tr>
        <w:tc>
          <w:tcPr>
            <w:tcW w:type="dxa" w:w="3118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</w:r>
          </w:p>
        </w:tc>
        <w:tc>
          <w:tcPr>
            <w:tcW w:type="dxa" w:w="3118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</w:r>
          </w:p>
        </w:tc>
        <w:tc>
          <w:tcPr>
            <w:tcW w:type="dxa" w:w="1701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</w:r>
          </w:p>
        </w:tc>
      </w:tr>
      <w:tr>
        <w:tc>
          <w:tcPr>
            <w:tcW w:type="dxa" w:w="3118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</w:r>
          </w:p>
        </w:tc>
        <w:tc>
          <w:tcPr>
            <w:tcW w:type="dxa" w:w="3118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</w:r>
          </w:p>
        </w:tc>
        <w:tc>
          <w:tcPr>
            <w:tcW w:type="dxa" w:w="1701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</w:r>
          </w:p>
        </w:tc>
      </w:tr>
    </w:tbl>
    <w:p>
      <w:pPr>
        <w:spacing w:before="120" w:after="60"/>
      </w:pPr>
      <w:r>
        <w:rPr>
          <w:rFonts w:ascii="Liberation Serif" w:hAnsi="Liberation Serif"/>
          <w:b/>
          <w:i w:val="0"/>
          <w:color w:val="123A5A"/>
          <w:sz w:val="23"/>
        </w:rPr>
        <w:t>6. Eltérés / hiba kezelése</w:t>
      </w:r>
    </w:p>
    <w:p>
      <w:pPr>
        <w:spacing w:after="40"/>
      </w:pPr>
      <w:r>
        <w:rPr>
          <w:rFonts w:ascii="Liberation Sans" w:hAnsi="Liberation Sans"/>
          <w:b w:val="0"/>
          <w:i w:val="0"/>
          <w:color w:val="666666"/>
          <w:sz w:val="17"/>
        </w:rPr>
        <w:t>1. ____________________________________________________________________</w:t>
      </w:r>
    </w:p>
    <w:p>
      <w:pPr>
        <w:spacing w:after="40"/>
      </w:pPr>
      <w:r>
        <w:rPr>
          <w:rFonts w:ascii="Liberation Sans" w:hAnsi="Liberation Sans"/>
          <w:b w:val="0"/>
          <w:i w:val="0"/>
          <w:color w:val="666666"/>
          <w:sz w:val="17"/>
        </w:rPr>
        <w:t>2. ____________________________________________________________________</w:t>
      </w:r>
    </w:p>
    <w:p>
      <w:pPr>
        <w:spacing w:after="40"/>
      </w:pPr>
      <w:r>
        <w:rPr>
          <w:rFonts w:ascii="Liberation Sans" w:hAnsi="Liberation Sans"/>
          <w:b w:val="0"/>
          <w:i w:val="0"/>
          <w:color w:val="666666"/>
          <w:sz w:val="17"/>
        </w:rPr>
        <w:t>3. ____________________________________________________________________</w:t>
      </w:r>
    </w:p>
    <w:p>
      <w:pPr>
        <w:spacing w:after="40"/>
      </w:pPr>
      <w:r>
        <w:rPr>
          <w:rFonts w:ascii="Liberation Sans" w:hAnsi="Liberation Sans"/>
          <w:b w:val="0"/>
          <w:i w:val="0"/>
          <w:color w:val="666666"/>
          <w:sz w:val="17"/>
        </w:rPr>
        <w:t>4. ____________________________________________________________________</w:t>
      </w:r>
    </w:p>
    <w:p>
      <w:pPr>
        <w:spacing w:before="120" w:after="60"/>
      </w:pPr>
      <w:r>
        <w:rPr>
          <w:rFonts w:ascii="Liberation Serif" w:hAnsi="Liberation Serif"/>
          <w:b/>
          <w:i w:val="0"/>
          <w:color w:val="123A5A"/>
          <w:sz w:val="23"/>
        </w:rPr>
        <w:t>7. Kapcsolódó dokumentumok és mellékletek</w:t>
      </w:r>
    </w:p>
    <w:p>
      <w:pPr>
        <w:spacing w:after="40"/>
      </w:pPr>
      <w:r>
        <w:rPr>
          <w:rFonts w:ascii="Liberation Sans" w:hAnsi="Liberation Sans"/>
          <w:b w:val="0"/>
          <w:i w:val="0"/>
          <w:color w:val="666666"/>
          <w:sz w:val="17"/>
        </w:rPr>
        <w:t>1. ____________________________________________________________________</w:t>
      </w:r>
    </w:p>
    <w:p>
      <w:pPr>
        <w:spacing w:after="40"/>
      </w:pPr>
      <w:r>
        <w:rPr>
          <w:rFonts w:ascii="Liberation Sans" w:hAnsi="Liberation Sans"/>
          <w:b w:val="0"/>
          <w:i w:val="0"/>
          <w:color w:val="666666"/>
          <w:sz w:val="17"/>
        </w:rPr>
        <w:t>2. ____________________________________________________________________</w:t>
      </w:r>
    </w:p>
    <w:p>
      <w:pPr>
        <w:spacing w:after="40"/>
      </w:pPr>
      <w:r>
        <w:rPr>
          <w:rFonts w:ascii="Liberation Sans" w:hAnsi="Liberation Sans"/>
          <w:b w:val="0"/>
          <w:i w:val="0"/>
          <w:color w:val="666666"/>
          <w:sz w:val="17"/>
        </w:rPr>
        <w:t>3. ____________________________________________________________________</w:t>
      </w:r>
    </w:p>
    <w:p>
      <w:pPr>
        <w:spacing w:after="40"/>
      </w:pPr>
      <w:r>
        <w:rPr>
          <w:rFonts w:ascii="Liberation Sans" w:hAnsi="Liberation Sans"/>
          <w:b w:val="0"/>
          <w:i w:val="0"/>
          <w:color w:val="666666"/>
          <w:sz w:val="17"/>
        </w:rPr>
        <w:t>4. ____________________________________________________________________</w:t>
      </w:r>
    </w:p>
    <w:p>
      <w:pPr>
        <w:spacing w:before="120" w:after="60"/>
      </w:pPr>
      <w:r>
        <w:rPr>
          <w:rFonts w:ascii="Liberation Serif" w:hAnsi="Liberation Serif"/>
          <w:b/>
          <w:i w:val="0"/>
          <w:color w:val="123A5A"/>
          <w:sz w:val="23"/>
        </w:rPr>
        <w:t>8. Jóváhagyás és felülvizsgálat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65"/>
        <w:gridCol w:w="2665"/>
        <w:gridCol w:w="2665"/>
      </w:tblGrid>
      <w:tr>
        <w:trPr>
          <w:tblHeader w:val="true"/>
        </w:trPr>
        <w:tc>
          <w:tcPr>
            <w:tcW w:type="dxa" w:w="2268"/>
            <w:shd w:fill="123A5A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i w:val="0"/>
                <w:color w:val="FFFFFF"/>
                <w:sz w:val="16"/>
              </w:rPr>
              <w:t>Szerep</w:t>
            </w:r>
          </w:p>
        </w:tc>
        <w:tc>
          <w:tcPr>
            <w:tcW w:type="dxa" w:w="3685"/>
            <w:shd w:fill="123A5A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i w:val="0"/>
                <w:color w:val="FFFFFF"/>
                <w:sz w:val="16"/>
              </w:rPr>
              <w:t>Név / jóváhagyás</w:t>
            </w:r>
          </w:p>
        </w:tc>
        <w:tc>
          <w:tcPr>
            <w:tcW w:type="dxa" w:w="1984"/>
            <w:shd w:fill="123A5A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i w:val="0"/>
                <w:color w:val="FFFFFF"/>
                <w:sz w:val="16"/>
              </w:rPr>
              <w:t>Dátum</w:t>
            </w:r>
          </w:p>
        </w:tc>
      </w:tr>
      <w:tr>
        <w:tc>
          <w:tcPr>
            <w:tcW w:type="dxa" w:w="2268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  <w:t>Készítette</w:t>
            </w:r>
          </w:p>
        </w:tc>
        <w:tc>
          <w:tcPr>
            <w:tcW w:type="dxa" w:w="3685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</w:r>
          </w:p>
        </w:tc>
        <w:tc>
          <w:tcPr>
            <w:tcW w:type="dxa" w:w="1984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</w:r>
          </w:p>
        </w:tc>
      </w:tr>
      <w:tr>
        <w:tc>
          <w:tcPr>
            <w:tcW w:type="dxa" w:w="2268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  <w:t>Ellenőrizte</w:t>
            </w:r>
          </w:p>
        </w:tc>
        <w:tc>
          <w:tcPr>
            <w:tcW w:type="dxa" w:w="3685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</w:r>
          </w:p>
        </w:tc>
        <w:tc>
          <w:tcPr>
            <w:tcW w:type="dxa" w:w="1984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</w:r>
          </w:p>
        </w:tc>
      </w:tr>
      <w:tr>
        <w:tc>
          <w:tcPr>
            <w:tcW w:type="dxa" w:w="2268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  <w:t>Jóváhagyta</w:t>
            </w:r>
          </w:p>
        </w:tc>
        <w:tc>
          <w:tcPr>
            <w:tcW w:type="dxa" w:w="3685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</w:r>
          </w:p>
        </w:tc>
        <w:tc>
          <w:tcPr>
            <w:tcW w:type="dxa" w:w="1984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</w:r>
          </w:p>
        </w:tc>
      </w:tr>
    </w:tbl>
    <w:sectPr w:rsidR="00FC693F" w:rsidRPr="0006063C" w:rsidSect="00034616">
      <w:headerReference w:type="default" r:id="rId9"/>
      <w:pgSz w:w="11906" w:h="16838"/>
      <w:pgMar w:top="3288" w:right="794" w:bottom="1417" w:left="3118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drawing>
        <wp:anchor distT="0" distB="0" distL="0" distR="0" simplePos="0" relativeHeight="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310" cy="1069213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projektrend_levélpapír_cimtele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310" cy="1069213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2" w:lineRule="auto"/>
    </w:pPr>
    <w:rPr>
      <w:rFonts w:ascii="Liberation Sans" w:hAnsi="Liberation San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