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Liberation Serif" w:hAnsi="Liberation Serif"/>
          <w:b/>
          <w:i w:val="0"/>
          <w:color w:val="123A5A"/>
          <w:sz w:val="33"/>
        </w:rPr>
        <w:t>HETI STÁTUSZRIPORT SABLON</w:t>
      </w:r>
    </w:p>
    <w:p>
      <w:pPr>
        <w:spacing w:after="100"/>
        <w:jc w:val="center"/>
      </w:pPr>
      <w:r>
        <w:rPr>
          <w:rFonts w:ascii="Liberation Sans" w:hAnsi="Liberation Sans"/>
          <w:b w:val="0"/>
          <w:i w:val="0"/>
          <w:color w:val="C9A24D"/>
          <w:sz w:val="16"/>
        </w:rPr>
        <w:t>—  ◆  —</w:t>
      </w:r>
    </w:p>
    <w:p>
      <w:pPr>
        <w:spacing w:after="160"/>
        <w:jc w:val="center"/>
      </w:pPr>
      <w:r>
        <w:rPr>
          <w:rFonts w:ascii="Liberation Sans" w:hAnsi="Liberation Sans"/>
          <w:b w:val="0"/>
          <w:i/>
          <w:color w:val="555555"/>
          <w:sz w:val="17"/>
        </w:rPr>
        <w:t>Rövid, vezetői áttekintés az elvégzett, folyamatban lévő és elakadt feladatokról.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97"/>
        <w:gridCol w:w="3997"/>
      </w:tblGrid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Időszak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Projekt / terület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Készítette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1. Ezen a héten elkészült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4.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5.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2. Folyamatban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</w:tblGrid>
      <w:tr>
        <w:trPr>
          <w:tblHeader w:val="true"/>
        </w:trPr>
        <w:tc>
          <w:tcPr>
            <w:tcW w:type="dxa" w:w="3969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Feladat</w:t>
            </w:r>
          </w:p>
        </w:tc>
        <w:tc>
          <w:tcPr>
            <w:tcW w:type="dxa" w:w="2041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Állapot</w:t>
            </w:r>
          </w:p>
        </w:tc>
        <w:tc>
          <w:tcPr>
            <w:tcW w:type="dxa" w:w="192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Határidő</w:t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3. Elakadás / döntést igényel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</w:tblGrid>
      <w:tr>
        <w:trPr>
          <w:tblHeader w:val="true"/>
        </w:trPr>
        <w:tc>
          <w:tcPr>
            <w:tcW w:type="dxa" w:w="3061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Téma</w:t>
            </w:r>
          </w:p>
        </w:tc>
        <w:tc>
          <w:tcPr>
            <w:tcW w:type="dxa" w:w="294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Mi hiányzik?</w:t>
            </w:r>
          </w:p>
        </w:tc>
        <w:tc>
          <w:tcPr>
            <w:tcW w:type="dxa" w:w="192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Ki dönt / segít?</w:t>
            </w:r>
          </w:p>
        </w:tc>
      </w:tr>
      <w:tr>
        <w:tc>
          <w:tcPr>
            <w:tcW w:type="dxa" w:w="306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306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306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306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4. Következő hét 3 prioritása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3288" w:right="794" w:bottom="1417" w:left="31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