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BELSŐ TUDÁSRENDSZER-TERVEZŐ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Tervezőlap a vállalati tudás összegyűjtéséhez, rendszerezéséhez és karbantartásához.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1. Milyen tudást kell megőrizni?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294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Tudásterület</w:t>
            </w:r>
          </w:p>
        </w:tc>
        <w:tc>
          <w:tcPr>
            <w:tcW w:type="dxa" w:w="2494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Hol van most?</w:t>
            </w:r>
          </w:p>
        </w:tc>
        <w:tc>
          <w:tcPr>
            <w:tcW w:type="dxa" w:w="2494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Ki ismeri?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9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2. Milyen formában legyen elérhető?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SOP / folyamatleírás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Ellenőrzőlista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Oktatási anyag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Videó / képes útmutató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GYIK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Sablon / mintadokumentum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3. Tárolás és felelősség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Központi hely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Frissítés felelőse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Felülvizsgálat gyakorisága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4. Elsőként rendszerezendő 3 tudásterület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