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82B5C"/>
        </w:rPr>
        <w:t xml:space="preserve">Dátum: </w:t>
      </w:r>
      <w:r>
        <w:rPr>
          <w:color w:val="C7B27A"/>
        </w:rPr>
        <w:t>_______________________________________________________</w:t>
      </w:r>
    </w:p>
    <w:p>
      <w:pPr>
        <w:spacing w:after="40"/>
      </w:pPr>
      <w:r>
        <w:rPr>
          <w:b/>
          <w:color w:val="082B5C"/>
        </w:rPr>
        <w:t xml:space="preserve">Résztvevők: </w:t>
      </w:r>
      <w:r>
        <w:rPr>
          <w:color w:val="C7B27A"/>
        </w:rPr>
        <w:t>________________________________________________</w:t>
      </w:r>
    </w:p>
    <w:p>
      <w:pPr>
        <w:spacing w:after="40"/>
      </w:pPr>
      <w:r>
        <w:rPr>
          <w:b/>
          <w:color w:val="082B5C"/>
        </w:rPr>
        <w:t xml:space="preserve">Téma: </w:t>
      </w:r>
      <w:r>
        <w:rPr>
          <w:color w:val="C7B27A"/>
        </w:rPr>
        <w:t>__________________________________________________________</w:t>
      </w:r>
    </w:p>
    <w:p>
      <w:pPr>
        <w:spacing w:after="40"/>
      </w:pPr>
      <w:r>
        <w:rPr>
          <w:b/>
          <w:color w:val="082B5C"/>
        </w:rPr>
        <w:t xml:space="preserve">A megbeszélés célja: </w:t>
      </w:r>
      <w:r>
        <w:rPr>
          <w:color w:val="C7B27A"/>
        </w:rPr>
        <w:t>________________________________________</w:t>
      </w:r>
    </w:p>
    <w:p>
      <w:pPr>
        <w:spacing w:before="100" w:after="40"/>
      </w:pPr>
      <w:r>
        <w:rPr>
          <w:rFonts w:ascii="DejaVu Serif" w:hAnsi="DejaVu Serif"/>
          <w:b/>
          <w:color w:val="082B5C"/>
          <w:sz w:val="22"/>
        </w:rPr>
        <w:t>Meghozott döntések</w:t>
      </w:r>
    </w:p>
    <w:p>
      <w:pPr>
        <w:spacing w:after="40"/>
      </w:pPr>
      <w:r>
        <w:rPr>
          <w:b/>
          <w:color w:val="082B5C"/>
        </w:rPr>
        <w:t xml:space="preserve">1. </w:t>
      </w:r>
      <w:r>
        <w:rPr>
          <w:color w:val="C7B27A"/>
        </w:rPr>
        <w:t>_______________________________________________________________</w:t>
      </w:r>
    </w:p>
    <w:p>
      <w:pPr>
        <w:spacing w:after="40"/>
      </w:pPr>
      <w:r>
        <w:rPr>
          <w:b/>
          <w:color w:val="082B5C"/>
        </w:rPr>
        <w:t xml:space="preserve">2. </w:t>
      </w:r>
      <w:r>
        <w:rPr>
          <w:color w:val="C7B27A"/>
        </w:rPr>
        <w:t>_______________________________________________________________</w:t>
      </w:r>
    </w:p>
    <w:p>
      <w:pPr>
        <w:spacing w:after="40"/>
      </w:pPr>
      <w:r>
        <w:rPr>
          <w:b/>
          <w:color w:val="082B5C"/>
        </w:rPr>
        <w:t xml:space="preserve">3. </w:t>
      </w:r>
      <w:r>
        <w:rPr>
          <w:color w:val="C7B27A"/>
        </w:rPr>
        <w:t>_______________________________________________________________</w:t>
      </w:r>
    </w:p>
    <w:p>
      <w:pPr>
        <w:spacing w:before="100" w:after="40"/>
      </w:pPr>
      <w:r>
        <w:rPr>
          <w:rFonts w:ascii="DejaVu Serif" w:hAnsi="DejaVu Serif"/>
          <w:b/>
          <w:color w:val="082B5C"/>
          <w:sz w:val="22"/>
        </w:rPr>
        <w:t>Feladatok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</w:tblGrid>
      <w:tr>
        <w:tc>
          <w:tcPr>
            <w:tcW w:type="dxa" w:w="4082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  <w:shd w:fill="F1E8D2"/>
          </w:tcPr>
          <w:p>
            <w:pPr>
              <w:jc w:val="center"/>
            </w:pPr>
            <w:r>
              <w:rPr>
                <w:b/>
                <w:color w:val="082B5C"/>
                <w:sz w:val="16"/>
              </w:rPr>
              <w:t>Feladat</w:t>
            </w:r>
          </w:p>
        </w:tc>
        <w:tc>
          <w:tcPr>
            <w:tcW w:type="dxa" w:w="1644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  <w:shd w:fill="F1E8D2"/>
          </w:tcPr>
          <w:p>
            <w:pPr>
              <w:jc w:val="center"/>
            </w:pPr>
            <w:r>
              <w:rPr>
                <w:b/>
                <w:color w:val="082B5C"/>
                <w:sz w:val="16"/>
              </w:rPr>
              <w:t>Felelős</w:t>
            </w:r>
          </w:p>
        </w:tc>
        <w:tc>
          <w:tcPr>
            <w:tcW w:type="dxa" w:w="1587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  <w:shd w:fill="F1E8D2"/>
          </w:tcPr>
          <w:p>
            <w:pPr>
              <w:jc w:val="center"/>
            </w:pPr>
            <w:r>
              <w:rPr>
                <w:b/>
                <w:color w:val="082B5C"/>
                <w:sz w:val="16"/>
              </w:rPr>
              <w:t>Határidő</w:t>
            </w:r>
          </w:p>
        </w:tc>
        <w:tc>
          <w:tcPr>
            <w:tcW w:type="dxa" w:w="1361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  <w:shd w:fill="F1E8D2"/>
          </w:tcPr>
          <w:p>
            <w:pPr>
              <w:jc w:val="center"/>
            </w:pPr>
            <w:r>
              <w:rPr>
                <w:b/>
                <w:color w:val="082B5C"/>
                <w:sz w:val="16"/>
              </w:rPr>
              <w:t>Státusz</w:t>
            </w:r>
          </w:p>
        </w:tc>
      </w:tr>
      <w:tr>
        <w:tc>
          <w:tcPr>
            <w:tcW w:type="dxa" w:w="4082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587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361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4082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587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361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4082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587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361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4082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644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587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361"/>
            <w:vAlign w:val="center"/>
            <w:tcBorders>
              <w:top w:val="single" w:sz="4" w:color="C7B27A"/>
              <w:left w:val="single" w:sz="4" w:color="C7B27A"/>
              <w:bottom w:val="single" w:sz="4" w:color="C7B27A"/>
              <w:right w:val="single" w:sz="4" w:color="C7B27A"/>
              <w:insideH w:val="single" w:sz="4" w:color="C7B27A"/>
              <w:insideV w:val="single" w:sz="4" w:color="C7B27A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00" w:after="40"/>
      </w:pPr>
      <w:r>
        <w:rPr>
          <w:rFonts w:ascii="DejaVu Serif" w:hAnsi="DejaVu Serif"/>
          <w:b/>
          <w:color w:val="082B5C"/>
          <w:sz w:val="22"/>
        </w:rPr>
        <w:t>Nyitott kérdések</w:t>
      </w:r>
    </w:p>
    <w:p>
      <w:pPr>
        <w:spacing w:after="40"/>
      </w:pPr>
      <w:r>
        <w:rPr>
          <w:b/>
          <w:color w:val="082B5C"/>
        </w:rPr>
        <w:t xml:space="preserve">1. </w:t>
      </w:r>
      <w:r>
        <w:rPr>
          <w:color w:val="C7B27A"/>
        </w:rPr>
        <w:t>_______________________________________________________________</w:t>
      </w:r>
    </w:p>
    <w:p>
      <w:pPr>
        <w:spacing w:after="40"/>
      </w:pPr>
      <w:r>
        <w:rPr>
          <w:b/>
          <w:color w:val="082B5C"/>
        </w:rPr>
        <w:t xml:space="preserve">2. </w:t>
      </w:r>
      <w:r>
        <w:rPr>
          <w:color w:val="C7B27A"/>
        </w:rPr>
        <w:t>_______________________________________________________________</w:t>
      </w:r>
    </w:p>
    <w:p>
      <w:pPr>
        <w:spacing w:after="40"/>
      </w:pPr>
      <w:r>
        <w:rPr>
          <w:b/>
          <w:color w:val="082B5C"/>
        </w:rPr>
        <w:t xml:space="preserve">Kitől várunk választ / döntést: </w:t>
      </w:r>
      <w:r>
        <w:rPr>
          <w:color w:val="C7B27A"/>
        </w:rPr>
        <w:t>________________________________</w:t>
      </w:r>
    </w:p>
    <w:p>
      <w:pPr>
        <w:spacing w:before="100" w:after="40"/>
      </w:pPr>
      <w:r>
        <w:rPr>
          <w:rFonts w:ascii="DejaVu Serif" w:hAnsi="DejaVu Serif"/>
          <w:b/>
          <w:color w:val="082B5C"/>
          <w:sz w:val="22"/>
        </w:rPr>
        <w:t>Következő lépés</w:t>
      </w:r>
    </w:p>
    <w:p>
      <w:pPr>
        <w:spacing w:after="40"/>
      </w:pPr>
      <w:r>
        <w:rPr>
          <w:b/>
          <w:color w:val="082B5C"/>
        </w:rPr>
        <w:t xml:space="preserve">Mi történik ezután: </w:t>
      </w:r>
      <w:r>
        <w:rPr>
          <w:color w:val="C7B27A"/>
        </w:rPr>
        <w:t>_________________________________________</w:t>
      </w:r>
    </w:p>
    <w:p>
      <w:pPr>
        <w:spacing w:after="40"/>
      </w:pPr>
      <w:r>
        <w:rPr>
          <w:b/>
          <w:color w:val="082B5C"/>
        </w:rPr>
        <w:t xml:space="preserve">Következő ellenőrzési pont / meeting: </w:t>
      </w:r>
      <w:r>
        <w:rPr>
          <w:color w:val="C7B27A"/>
        </w:rPr>
        <w:t>_________________________</w:t>
      </w:r>
    </w:p>
    <w:p>
      <w:pPr>
        <w:spacing w:before="80"/>
        <w:jc w:val="center"/>
      </w:pPr>
      <w:r>
        <w:rPr>
          <w:i/>
          <w:color w:val="616161"/>
          <w:sz w:val="16"/>
        </w:rPr>
        <w:t>Jó meeting = egyértelmű döntés + konkrét feladat + felelős + határidő + következő ellenőrzési pont.</w:t>
      </w:r>
    </w:p>
    <w:sectPr w:rsidR="00FC693F" w:rsidRPr="0006063C" w:rsidSect="00034616">
      <w:headerReference w:type="default" r:id="rId9"/>
      <w:pgSz w:w="11906" w:h="16838"/>
      <w:pgMar w:top="4252" w:right="850" w:bottom="1587" w:left="221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eeting_docx_backgrou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ato" w:hAnsi="Lato" w:eastAsia="Lato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