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Liberation Serif" w:hAnsi="Liberation Serif"/>
          <w:b/>
          <w:i w:val="0"/>
          <w:color w:val="123A5A"/>
          <w:sz w:val="33"/>
        </w:rPr>
        <w:t>FOLYAMATFELTÉRKÉPEZŐ SEGÉDLET</w:t>
      </w:r>
    </w:p>
    <w:p>
      <w:pPr>
        <w:spacing w:after="100"/>
        <w:jc w:val="center"/>
      </w:pPr>
      <w:r>
        <w:rPr>
          <w:rFonts w:ascii="Liberation Sans" w:hAnsi="Liberation Sans"/>
          <w:b w:val="0"/>
          <w:i w:val="0"/>
          <w:color w:val="C9A24D"/>
          <w:sz w:val="16"/>
        </w:rPr>
        <w:t>—  ◆  —</w:t>
      </w:r>
    </w:p>
    <w:p>
      <w:pPr>
        <w:spacing w:after="160"/>
        <w:jc w:val="center"/>
      </w:pPr>
      <w:r>
        <w:rPr>
          <w:rFonts w:ascii="Liberation Sans" w:hAnsi="Liberation Sans"/>
          <w:b w:val="0"/>
          <w:i/>
          <w:color w:val="555555"/>
          <w:sz w:val="17"/>
        </w:rPr>
        <w:t>Egy meglévő folyamat feltárásához és az elakadási pontok azonosításához.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3997"/>
        <w:gridCol w:w="3997"/>
      </w:tblGrid>
      <w:tr>
        <w:tc>
          <w:tcPr>
            <w:tcW w:type="dxa" w:w="2381"/>
            <w:tcMar>
              <w:top w:w="50" w:type="dxa"/>
              <w:start w:w="50" w:type="dxa"/>
              <w:bottom w:w="50" w:type="dxa"/>
              <w:end w:w="50" w:type="dxa"/>
            </w:tcMar>
          </w:tcPr>
          <w:p>
            <w:r>
              <w:rPr>
                <w:rFonts w:ascii="Liberation Sans" w:hAnsi="Liberation Sans"/>
                <w:b/>
                <w:i w:val="0"/>
                <w:color w:val="123A5A"/>
                <w:sz w:val="17"/>
              </w:rPr>
              <w:t>Folyamat</w:t>
            </w:r>
          </w:p>
        </w:tc>
        <w:tc>
          <w:tcPr>
            <w:tcW w:type="dxa" w:w="5669"/>
            <w:tcMar>
              <w:top w:w="50" w:type="dxa"/>
              <w:start w:w="50" w:type="dxa"/>
              <w:bottom w:w="50" w:type="dxa"/>
              <w:end w:w="50" w:type="dxa"/>
            </w:tcMar>
          </w:tcPr>
          <w:p>
            <w:r>
              <w:rPr>
                <w:rFonts w:ascii="Liberation Sans" w:hAnsi="Liberation Sans"/>
                <w:b w:val="0"/>
                <w:i w:val="0"/>
                <w:color w:val="888888"/>
                <w:sz w:val="16"/>
              </w:rPr>
              <w:t>_________________________________________________________________</w:t>
            </w:r>
          </w:p>
        </w:tc>
      </w:tr>
      <w:tr>
        <w:tc>
          <w:tcPr>
            <w:tcW w:type="dxa" w:w="2381"/>
            <w:tcMar>
              <w:top w:w="50" w:type="dxa"/>
              <w:start w:w="50" w:type="dxa"/>
              <w:bottom w:w="50" w:type="dxa"/>
              <w:end w:w="50" w:type="dxa"/>
            </w:tcMar>
          </w:tcPr>
          <w:p>
            <w:r>
              <w:rPr>
                <w:rFonts w:ascii="Liberation Sans" w:hAnsi="Liberation Sans"/>
                <w:b/>
                <w:i w:val="0"/>
                <w:color w:val="123A5A"/>
                <w:sz w:val="17"/>
              </w:rPr>
              <w:t>Kiinduló esemény</w:t>
            </w:r>
          </w:p>
        </w:tc>
        <w:tc>
          <w:tcPr>
            <w:tcW w:type="dxa" w:w="5669"/>
            <w:tcMar>
              <w:top w:w="50" w:type="dxa"/>
              <w:start w:w="50" w:type="dxa"/>
              <w:bottom w:w="50" w:type="dxa"/>
              <w:end w:w="50" w:type="dxa"/>
            </w:tcMar>
          </w:tcPr>
          <w:p>
            <w:r>
              <w:rPr>
                <w:rFonts w:ascii="Liberation Sans" w:hAnsi="Liberation Sans"/>
                <w:b w:val="0"/>
                <w:i w:val="0"/>
                <w:color w:val="888888"/>
                <w:sz w:val="16"/>
              </w:rPr>
              <w:t>_________________________________________________________________</w:t>
            </w:r>
          </w:p>
        </w:tc>
      </w:tr>
      <w:tr>
        <w:tc>
          <w:tcPr>
            <w:tcW w:type="dxa" w:w="2381"/>
            <w:tcMar>
              <w:top w:w="50" w:type="dxa"/>
              <w:start w:w="50" w:type="dxa"/>
              <w:bottom w:w="50" w:type="dxa"/>
              <w:end w:w="50" w:type="dxa"/>
            </w:tcMar>
          </w:tcPr>
          <w:p>
            <w:r>
              <w:rPr>
                <w:rFonts w:ascii="Liberation Sans" w:hAnsi="Liberation Sans"/>
                <w:b/>
                <w:i w:val="0"/>
                <w:color w:val="123A5A"/>
                <w:sz w:val="17"/>
              </w:rPr>
              <w:t>Kívánt eredmény</w:t>
            </w:r>
          </w:p>
        </w:tc>
        <w:tc>
          <w:tcPr>
            <w:tcW w:type="dxa" w:w="5669"/>
            <w:tcMar>
              <w:top w:w="50" w:type="dxa"/>
              <w:start w:w="50" w:type="dxa"/>
              <w:bottom w:w="50" w:type="dxa"/>
              <w:end w:w="50" w:type="dxa"/>
            </w:tcMar>
          </w:tcPr>
          <w:p>
            <w:r>
              <w:rPr>
                <w:rFonts w:ascii="Liberation Sans" w:hAnsi="Liberation Sans"/>
                <w:b w:val="0"/>
                <w:i w:val="0"/>
                <w:color w:val="888888"/>
                <w:sz w:val="16"/>
              </w:rPr>
              <w:t>_________________________________________________________________</w:t>
            </w:r>
          </w:p>
        </w:tc>
      </w:tr>
    </w:tbl>
    <w:p>
      <w:pPr>
        <w:spacing w:before="120" w:after="60"/>
      </w:pPr>
      <w:r>
        <w:rPr>
          <w:rFonts w:ascii="Liberation Serif" w:hAnsi="Liberation Serif"/>
          <w:b/>
          <w:i w:val="0"/>
          <w:color w:val="123A5A"/>
          <w:sz w:val="23"/>
        </w:rPr>
        <w:t>A jelenlegi folyamat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2665"/>
        <w:gridCol w:w="2665"/>
        <w:gridCol w:w="2665"/>
      </w:tblGrid>
      <w:tr>
        <w:trPr>
          <w:tblHeader w:val="true"/>
        </w:trPr>
        <w:tc>
          <w:tcPr>
            <w:tcW w:type="dxa" w:w="1020"/>
            <w:shd w:fill="123A5A"/>
            <w:tcMar>
              <w:top w:w="80" w:type="dxa"/>
              <w:start w:w="100" w:type="dxa"/>
              <w:bottom w:w="80" w:type="dxa"/>
              <w:end w:w="100" w:type="dxa"/>
            </w:tcMar>
          </w:tcPr>
          <w:p>
            <w:pPr>
              <w:jc w:val="center"/>
            </w:pPr>
            <w:r>
              <w:rPr>
                <w:rFonts w:ascii="Liberation Sans" w:hAnsi="Liberation Sans"/>
                <w:b/>
                <w:i w:val="0"/>
                <w:color w:val="FFFFFF"/>
                <w:sz w:val="16"/>
              </w:rPr>
              <w:t>Lépés</w:t>
            </w:r>
          </w:p>
        </w:tc>
        <w:tc>
          <w:tcPr>
            <w:tcW w:type="dxa" w:w="4082"/>
            <w:shd w:fill="123A5A"/>
            <w:tcMar>
              <w:top w:w="80" w:type="dxa"/>
              <w:start w:w="100" w:type="dxa"/>
              <w:bottom w:w="80" w:type="dxa"/>
              <w:end w:w="100" w:type="dxa"/>
            </w:tcMar>
          </w:tcPr>
          <w:p>
            <w:pPr>
              <w:jc w:val="center"/>
            </w:pPr>
            <w:r>
              <w:rPr>
                <w:rFonts w:ascii="Liberation Sans" w:hAnsi="Liberation Sans"/>
                <w:b/>
                <w:i w:val="0"/>
                <w:color w:val="FFFFFF"/>
                <w:sz w:val="16"/>
              </w:rPr>
              <w:t>Mi történik?</w:t>
            </w:r>
          </w:p>
        </w:tc>
        <w:tc>
          <w:tcPr>
            <w:tcW w:type="dxa" w:w="2835"/>
            <w:shd w:fill="123A5A"/>
            <w:tcMar>
              <w:top w:w="80" w:type="dxa"/>
              <w:start w:w="100" w:type="dxa"/>
              <w:bottom w:w="80" w:type="dxa"/>
              <w:end w:w="100" w:type="dxa"/>
            </w:tcMar>
          </w:tcPr>
          <w:p>
            <w:pPr>
              <w:jc w:val="center"/>
            </w:pPr>
            <w:r>
              <w:rPr>
                <w:rFonts w:ascii="Liberation Sans" w:hAnsi="Liberation Sans"/>
                <w:b/>
                <w:i w:val="0"/>
                <w:color w:val="FFFFFF"/>
                <w:sz w:val="16"/>
              </w:rPr>
              <w:t>Felelős / eszköz</w:t>
            </w:r>
          </w:p>
        </w:tc>
      </w:tr>
      <w:tr>
        <w:tc>
          <w:tcPr>
            <w:tcW w:type="dxa" w:w="1020"/>
            <w:tcMar>
              <w:top w:w="80" w:type="dxa"/>
              <w:start w:w="100" w:type="dxa"/>
              <w:bottom w:w="80" w:type="dxa"/>
              <w:end w:w="100" w:type="dxa"/>
            </w:tcMar>
          </w:tcPr>
          <w:p>
            <w:r>
              <w:rPr>
                <w:rFonts w:ascii="Liberation Sans" w:hAnsi="Liberation Sans"/>
                <w:b w:val="0"/>
                <w:i w:val="0"/>
                <w:color w:val="333333"/>
                <w:sz w:val="15"/>
              </w:rPr>
              <w:t>1</w:t>
            </w:r>
          </w:p>
        </w:tc>
        <w:tc>
          <w:tcPr>
            <w:tcW w:type="dxa" w:w="4082"/>
            <w:tcMar>
              <w:top w:w="80" w:type="dxa"/>
              <w:start w:w="100" w:type="dxa"/>
              <w:bottom w:w="80" w:type="dxa"/>
              <w:end w:w="100" w:type="dxa"/>
            </w:tcMar>
          </w:tcPr>
          <w:p>
            <w:r>
              <w:rPr>
                <w:rFonts w:ascii="Liberation Sans" w:hAnsi="Liberation Sans"/>
                <w:b w:val="0"/>
                <w:i w:val="0"/>
                <w:color w:val="333333"/>
                <w:sz w:val="15"/>
              </w:rPr>
            </w:r>
          </w:p>
        </w:tc>
        <w:tc>
          <w:tcPr>
            <w:tcW w:type="dxa" w:w="2835"/>
            <w:tcMar>
              <w:top w:w="80" w:type="dxa"/>
              <w:start w:w="100" w:type="dxa"/>
              <w:bottom w:w="80" w:type="dxa"/>
              <w:end w:w="100" w:type="dxa"/>
            </w:tcMar>
          </w:tcPr>
          <w:p>
            <w:r>
              <w:rPr>
                <w:rFonts w:ascii="Liberation Sans" w:hAnsi="Liberation Sans"/>
                <w:b w:val="0"/>
                <w:i w:val="0"/>
                <w:color w:val="333333"/>
                <w:sz w:val="15"/>
              </w:rPr>
            </w:r>
          </w:p>
        </w:tc>
      </w:tr>
      <w:tr>
        <w:tc>
          <w:tcPr>
            <w:tcW w:type="dxa" w:w="1020"/>
            <w:tcMar>
              <w:top w:w="80" w:type="dxa"/>
              <w:start w:w="100" w:type="dxa"/>
              <w:bottom w:w="80" w:type="dxa"/>
              <w:end w:w="100" w:type="dxa"/>
            </w:tcMar>
          </w:tcPr>
          <w:p>
            <w:r>
              <w:rPr>
                <w:rFonts w:ascii="Liberation Sans" w:hAnsi="Liberation Sans"/>
                <w:b w:val="0"/>
                <w:i w:val="0"/>
                <w:color w:val="333333"/>
                <w:sz w:val="15"/>
              </w:rPr>
              <w:t>2</w:t>
            </w:r>
          </w:p>
        </w:tc>
        <w:tc>
          <w:tcPr>
            <w:tcW w:type="dxa" w:w="4082"/>
            <w:tcMar>
              <w:top w:w="80" w:type="dxa"/>
              <w:start w:w="100" w:type="dxa"/>
              <w:bottom w:w="80" w:type="dxa"/>
              <w:end w:w="100" w:type="dxa"/>
            </w:tcMar>
          </w:tcPr>
          <w:p>
            <w:r>
              <w:rPr>
                <w:rFonts w:ascii="Liberation Sans" w:hAnsi="Liberation Sans"/>
                <w:b w:val="0"/>
                <w:i w:val="0"/>
                <w:color w:val="333333"/>
                <w:sz w:val="15"/>
              </w:rPr>
            </w:r>
          </w:p>
        </w:tc>
        <w:tc>
          <w:tcPr>
            <w:tcW w:type="dxa" w:w="2835"/>
            <w:tcMar>
              <w:top w:w="80" w:type="dxa"/>
              <w:start w:w="100" w:type="dxa"/>
              <w:bottom w:w="80" w:type="dxa"/>
              <w:end w:w="100" w:type="dxa"/>
            </w:tcMar>
          </w:tcPr>
          <w:p>
            <w:r>
              <w:rPr>
                <w:rFonts w:ascii="Liberation Sans" w:hAnsi="Liberation Sans"/>
                <w:b w:val="0"/>
                <w:i w:val="0"/>
                <w:color w:val="333333"/>
                <w:sz w:val="15"/>
              </w:rPr>
            </w:r>
          </w:p>
        </w:tc>
      </w:tr>
      <w:tr>
        <w:tc>
          <w:tcPr>
            <w:tcW w:type="dxa" w:w="1020"/>
            <w:tcMar>
              <w:top w:w="80" w:type="dxa"/>
              <w:start w:w="100" w:type="dxa"/>
              <w:bottom w:w="80" w:type="dxa"/>
              <w:end w:w="100" w:type="dxa"/>
            </w:tcMar>
          </w:tcPr>
          <w:p>
            <w:r>
              <w:rPr>
                <w:rFonts w:ascii="Liberation Sans" w:hAnsi="Liberation Sans"/>
                <w:b w:val="0"/>
                <w:i w:val="0"/>
                <w:color w:val="333333"/>
                <w:sz w:val="15"/>
              </w:rPr>
              <w:t>3</w:t>
            </w:r>
          </w:p>
        </w:tc>
        <w:tc>
          <w:tcPr>
            <w:tcW w:type="dxa" w:w="4082"/>
            <w:tcMar>
              <w:top w:w="80" w:type="dxa"/>
              <w:start w:w="100" w:type="dxa"/>
              <w:bottom w:w="80" w:type="dxa"/>
              <w:end w:w="100" w:type="dxa"/>
            </w:tcMar>
          </w:tcPr>
          <w:p>
            <w:r>
              <w:rPr>
                <w:rFonts w:ascii="Liberation Sans" w:hAnsi="Liberation Sans"/>
                <w:b w:val="0"/>
                <w:i w:val="0"/>
                <w:color w:val="333333"/>
                <w:sz w:val="15"/>
              </w:rPr>
            </w:r>
          </w:p>
        </w:tc>
        <w:tc>
          <w:tcPr>
            <w:tcW w:type="dxa" w:w="2835"/>
            <w:tcMar>
              <w:top w:w="80" w:type="dxa"/>
              <w:start w:w="100" w:type="dxa"/>
              <w:bottom w:w="80" w:type="dxa"/>
              <w:end w:w="100" w:type="dxa"/>
            </w:tcMar>
          </w:tcPr>
          <w:p>
            <w:r>
              <w:rPr>
                <w:rFonts w:ascii="Liberation Sans" w:hAnsi="Liberation Sans"/>
                <w:b w:val="0"/>
                <w:i w:val="0"/>
                <w:color w:val="333333"/>
                <w:sz w:val="15"/>
              </w:rPr>
            </w:r>
          </w:p>
        </w:tc>
      </w:tr>
      <w:tr>
        <w:tc>
          <w:tcPr>
            <w:tcW w:type="dxa" w:w="1020"/>
            <w:tcMar>
              <w:top w:w="80" w:type="dxa"/>
              <w:start w:w="100" w:type="dxa"/>
              <w:bottom w:w="80" w:type="dxa"/>
              <w:end w:w="100" w:type="dxa"/>
            </w:tcMar>
          </w:tcPr>
          <w:p>
            <w:r>
              <w:rPr>
                <w:rFonts w:ascii="Liberation Sans" w:hAnsi="Liberation Sans"/>
                <w:b w:val="0"/>
                <w:i w:val="0"/>
                <w:color w:val="333333"/>
                <w:sz w:val="15"/>
              </w:rPr>
              <w:t>4</w:t>
            </w:r>
          </w:p>
        </w:tc>
        <w:tc>
          <w:tcPr>
            <w:tcW w:type="dxa" w:w="4082"/>
            <w:tcMar>
              <w:top w:w="80" w:type="dxa"/>
              <w:start w:w="100" w:type="dxa"/>
              <w:bottom w:w="80" w:type="dxa"/>
              <w:end w:w="100" w:type="dxa"/>
            </w:tcMar>
          </w:tcPr>
          <w:p>
            <w:r>
              <w:rPr>
                <w:rFonts w:ascii="Liberation Sans" w:hAnsi="Liberation Sans"/>
                <w:b w:val="0"/>
                <w:i w:val="0"/>
                <w:color w:val="333333"/>
                <w:sz w:val="15"/>
              </w:rPr>
            </w:r>
          </w:p>
        </w:tc>
        <w:tc>
          <w:tcPr>
            <w:tcW w:type="dxa" w:w="2835"/>
            <w:tcMar>
              <w:top w:w="80" w:type="dxa"/>
              <w:start w:w="100" w:type="dxa"/>
              <w:bottom w:w="80" w:type="dxa"/>
              <w:end w:w="100" w:type="dxa"/>
            </w:tcMar>
          </w:tcPr>
          <w:p>
            <w:r>
              <w:rPr>
                <w:rFonts w:ascii="Liberation Sans" w:hAnsi="Liberation Sans"/>
                <w:b w:val="0"/>
                <w:i w:val="0"/>
                <w:color w:val="333333"/>
                <w:sz w:val="15"/>
              </w:rPr>
            </w:r>
          </w:p>
        </w:tc>
      </w:tr>
      <w:tr>
        <w:tc>
          <w:tcPr>
            <w:tcW w:type="dxa" w:w="1020"/>
            <w:tcMar>
              <w:top w:w="80" w:type="dxa"/>
              <w:start w:w="100" w:type="dxa"/>
              <w:bottom w:w="80" w:type="dxa"/>
              <w:end w:w="100" w:type="dxa"/>
            </w:tcMar>
          </w:tcPr>
          <w:p>
            <w:r>
              <w:rPr>
                <w:rFonts w:ascii="Liberation Sans" w:hAnsi="Liberation Sans"/>
                <w:b w:val="0"/>
                <w:i w:val="0"/>
                <w:color w:val="333333"/>
                <w:sz w:val="15"/>
              </w:rPr>
              <w:t>5</w:t>
            </w:r>
          </w:p>
        </w:tc>
        <w:tc>
          <w:tcPr>
            <w:tcW w:type="dxa" w:w="4082"/>
            <w:tcMar>
              <w:top w:w="80" w:type="dxa"/>
              <w:start w:w="100" w:type="dxa"/>
              <w:bottom w:w="80" w:type="dxa"/>
              <w:end w:w="100" w:type="dxa"/>
            </w:tcMar>
          </w:tcPr>
          <w:p>
            <w:r>
              <w:rPr>
                <w:rFonts w:ascii="Liberation Sans" w:hAnsi="Liberation Sans"/>
                <w:b w:val="0"/>
                <w:i w:val="0"/>
                <w:color w:val="333333"/>
                <w:sz w:val="15"/>
              </w:rPr>
            </w:r>
          </w:p>
        </w:tc>
        <w:tc>
          <w:tcPr>
            <w:tcW w:type="dxa" w:w="2835"/>
            <w:tcMar>
              <w:top w:w="80" w:type="dxa"/>
              <w:start w:w="100" w:type="dxa"/>
              <w:bottom w:w="80" w:type="dxa"/>
              <w:end w:w="100" w:type="dxa"/>
            </w:tcMar>
          </w:tcPr>
          <w:p>
            <w:r>
              <w:rPr>
                <w:rFonts w:ascii="Liberation Sans" w:hAnsi="Liberation Sans"/>
                <w:b w:val="0"/>
                <w:i w:val="0"/>
                <w:color w:val="333333"/>
                <w:sz w:val="15"/>
              </w:rPr>
            </w:r>
          </w:p>
        </w:tc>
      </w:tr>
      <w:tr>
        <w:tc>
          <w:tcPr>
            <w:tcW w:type="dxa" w:w="1020"/>
            <w:tcMar>
              <w:top w:w="80" w:type="dxa"/>
              <w:start w:w="100" w:type="dxa"/>
              <w:bottom w:w="80" w:type="dxa"/>
              <w:end w:w="100" w:type="dxa"/>
            </w:tcMar>
          </w:tcPr>
          <w:p>
            <w:r>
              <w:rPr>
                <w:rFonts w:ascii="Liberation Sans" w:hAnsi="Liberation Sans"/>
                <w:b w:val="0"/>
                <w:i w:val="0"/>
                <w:color w:val="333333"/>
                <w:sz w:val="15"/>
              </w:rPr>
              <w:t>6</w:t>
            </w:r>
          </w:p>
        </w:tc>
        <w:tc>
          <w:tcPr>
            <w:tcW w:type="dxa" w:w="4082"/>
            <w:tcMar>
              <w:top w:w="80" w:type="dxa"/>
              <w:start w:w="100" w:type="dxa"/>
              <w:bottom w:w="80" w:type="dxa"/>
              <w:end w:w="100" w:type="dxa"/>
            </w:tcMar>
          </w:tcPr>
          <w:p>
            <w:r>
              <w:rPr>
                <w:rFonts w:ascii="Liberation Sans" w:hAnsi="Liberation Sans"/>
                <w:b w:val="0"/>
                <w:i w:val="0"/>
                <w:color w:val="333333"/>
                <w:sz w:val="15"/>
              </w:rPr>
            </w:r>
          </w:p>
        </w:tc>
        <w:tc>
          <w:tcPr>
            <w:tcW w:type="dxa" w:w="2835"/>
            <w:tcMar>
              <w:top w:w="80" w:type="dxa"/>
              <w:start w:w="100" w:type="dxa"/>
              <w:bottom w:w="80" w:type="dxa"/>
              <w:end w:w="100" w:type="dxa"/>
            </w:tcMar>
          </w:tcPr>
          <w:p>
            <w:r>
              <w:rPr>
                <w:rFonts w:ascii="Liberation Sans" w:hAnsi="Liberation Sans"/>
                <w:b w:val="0"/>
                <w:i w:val="0"/>
                <w:color w:val="333333"/>
                <w:sz w:val="15"/>
              </w:rPr>
            </w:r>
          </w:p>
        </w:tc>
      </w:tr>
      <w:tr>
        <w:tc>
          <w:tcPr>
            <w:tcW w:type="dxa" w:w="1020"/>
            <w:tcMar>
              <w:top w:w="80" w:type="dxa"/>
              <w:start w:w="100" w:type="dxa"/>
              <w:bottom w:w="80" w:type="dxa"/>
              <w:end w:w="100" w:type="dxa"/>
            </w:tcMar>
          </w:tcPr>
          <w:p>
            <w:r>
              <w:rPr>
                <w:rFonts w:ascii="Liberation Sans" w:hAnsi="Liberation Sans"/>
                <w:b w:val="0"/>
                <w:i w:val="0"/>
                <w:color w:val="333333"/>
                <w:sz w:val="15"/>
              </w:rPr>
              <w:t>7</w:t>
            </w:r>
          </w:p>
        </w:tc>
        <w:tc>
          <w:tcPr>
            <w:tcW w:type="dxa" w:w="4082"/>
            <w:tcMar>
              <w:top w:w="80" w:type="dxa"/>
              <w:start w:w="100" w:type="dxa"/>
              <w:bottom w:w="80" w:type="dxa"/>
              <w:end w:w="100" w:type="dxa"/>
            </w:tcMar>
          </w:tcPr>
          <w:p>
            <w:r>
              <w:rPr>
                <w:rFonts w:ascii="Liberation Sans" w:hAnsi="Liberation Sans"/>
                <w:b w:val="0"/>
                <w:i w:val="0"/>
                <w:color w:val="333333"/>
                <w:sz w:val="15"/>
              </w:rPr>
            </w:r>
          </w:p>
        </w:tc>
        <w:tc>
          <w:tcPr>
            <w:tcW w:type="dxa" w:w="2835"/>
            <w:tcMar>
              <w:top w:w="80" w:type="dxa"/>
              <w:start w:w="100" w:type="dxa"/>
              <w:bottom w:w="80" w:type="dxa"/>
              <w:end w:w="100" w:type="dxa"/>
            </w:tcMar>
          </w:tcPr>
          <w:p>
            <w:r>
              <w:rPr>
                <w:rFonts w:ascii="Liberation Sans" w:hAnsi="Liberation Sans"/>
                <w:b w:val="0"/>
                <w:i w:val="0"/>
                <w:color w:val="333333"/>
                <w:sz w:val="15"/>
              </w:rPr>
            </w:r>
          </w:p>
        </w:tc>
      </w:tr>
    </w:tbl>
    <w:p>
      <w:pPr>
        <w:spacing w:before="120" w:after="60"/>
      </w:pPr>
      <w:r>
        <w:rPr>
          <w:rFonts w:ascii="Liberation Serif" w:hAnsi="Liberation Serif"/>
          <w:b/>
          <w:i w:val="0"/>
          <w:color w:val="123A5A"/>
          <w:sz w:val="23"/>
        </w:rPr>
        <w:t>Hol keletkezik probléma?</w:t>
      </w:r>
    </w:p>
    <w:p>
      <w:pPr>
        <w:spacing w:after="40"/>
        <w:ind w:left="57" w:hanging="57"/>
      </w:pPr>
      <w:r>
        <w:rPr>
          <w:rFonts w:ascii="Liberation Sans" w:hAnsi="Liberation Sans"/>
          <w:b w:val="0"/>
          <w:i w:val="0"/>
          <w:color w:val="333333"/>
          <w:sz w:val="17"/>
        </w:rPr>
        <w:t>☐  Várakozás / késés</w:t>
      </w:r>
    </w:p>
    <w:p>
      <w:pPr>
        <w:spacing w:after="40"/>
        <w:ind w:left="57" w:hanging="57"/>
      </w:pPr>
      <w:r>
        <w:rPr>
          <w:rFonts w:ascii="Liberation Sans" w:hAnsi="Liberation Sans"/>
          <w:b w:val="0"/>
          <w:i w:val="0"/>
          <w:color w:val="333333"/>
          <w:sz w:val="17"/>
        </w:rPr>
        <w:t>☐  Információhiány</w:t>
      </w:r>
    </w:p>
    <w:p>
      <w:pPr>
        <w:spacing w:after="40"/>
        <w:ind w:left="57" w:hanging="57"/>
      </w:pPr>
      <w:r>
        <w:rPr>
          <w:rFonts w:ascii="Liberation Sans" w:hAnsi="Liberation Sans"/>
          <w:b w:val="0"/>
          <w:i w:val="0"/>
          <w:color w:val="333333"/>
          <w:sz w:val="17"/>
        </w:rPr>
        <w:t>☐  Duplikált munka</w:t>
      </w:r>
    </w:p>
    <w:p>
      <w:pPr>
        <w:spacing w:after="40"/>
        <w:ind w:left="57" w:hanging="57"/>
      </w:pPr>
      <w:r>
        <w:rPr>
          <w:rFonts w:ascii="Liberation Sans" w:hAnsi="Liberation Sans"/>
          <w:b w:val="0"/>
          <w:i w:val="0"/>
          <w:color w:val="333333"/>
          <w:sz w:val="17"/>
        </w:rPr>
        <w:t>☐  Tisztázatlan felelősség</w:t>
      </w:r>
    </w:p>
    <w:p>
      <w:pPr>
        <w:spacing w:after="40"/>
        <w:ind w:left="57" w:hanging="57"/>
      </w:pPr>
      <w:r>
        <w:rPr>
          <w:rFonts w:ascii="Liberation Sans" w:hAnsi="Liberation Sans"/>
          <w:b w:val="0"/>
          <w:i w:val="0"/>
          <w:color w:val="333333"/>
          <w:sz w:val="17"/>
        </w:rPr>
        <w:t>☐  Felesleges kézi lépés</w:t>
      </w:r>
    </w:p>
    <w:p>
      <w:pPr>
        <w:spacing w:after="40"/>
        <w:ind w:left="57" w:hanging="57"/>
      </w:pPr>
      <w:r>
        <w:rPr>
          <w:rFonts w:ascii="Liberation Sans" w:hAnsi="Liberation Sans"/>
          <w:b w:val="0"/>
          <w:i w:val="0"/>
          <w:color w:val="333333"/>
          <w:sz w:val="17"/>
        </w:rPr>
        <w:t>☐  Gyakori hiba / visszajavítás</w:t>
      </w:r>
    </w:p>
    <w:p>
      <w:pPr>
        <w:spacing w:before="120" w:after="60"/>
      </w:pPr>
      <w:r>
        <w:rPr>
          <w:rFonts w:ascii="Liberation Serif" w:hAnsi="Liberation Serif"/>
          <w:b/>
          <w:i w:val="0"/>
          <w:color w:val="123A5A"/>
          <w:sz w:val="23"/>
        </w:rPr>
        <w:t>Első 3 fejlesztendő pont</w:t>
      </w:r>
    </w:p>
    <w:p>
      <w:pPr>
        <w:spacing w:after="40"/>
      </w:pPr>
      <w:r>
        <w:rPr>
          <w:rFonts w:ascii="Liberation Sans" w:hAnsi="Liberation Sans"/>
          <w:b w:val="0"/>
          <w:i w:val="0"/>
          <w:color w:val="666666"/>
          <w:sz w:val="17"/>
        </w:rPr>
        <w:t>1. ____________________________________________________________________</w:t>
      </w:r>
    </w:p>
    <w:p>
      <w:pPr>
        <w:spacing w:after="40"/>
      </w:pPr>
      <w:r>
        <w:rPr>
          <w:rFonts w:ascii="Liberation Sans" w:hAnsi="Liberation Sans"/>
          <w:b w:val="0"/>
          <w:i w:val="0"/>
          <w:color w:val="666666"/>
          <w:sz w:val="17"/>
        </w:rPr>
        <w:t>2. ____________________________________________________________________</w:t>
      </w:r>
    </w:p>
    <w:p>
      <w:pPr>
        <w:spacing w:after="40"/>
      </w:pPr>
      <w:r>
        <w:rPr>
          <w:rFonts w:ascii="Liberation Sans" w:hAnsi="Liberation Sans"/>
          <w:b w:val="0"/>
          <w:i w:val="0"/>
          <w:color w:val="666666"/>
          <w:sz w:val="17"/>
        </w:rPr>
        <w:t>3. ____________________________________________________________________</w:t>
      </w:r>
    </w:p>
    <w:sectPr w:rsidR="00FC693F" w:rsidRPr="0006063C" w:rsidSect="00034616">
      <w:headerReference w:type="default" r:id="rId9"/>
      <w:pgSz w:w="11906" w:h="16838"/>
      <w:pgMar w:top="3288" w:right="794" w:bottom="1417" w:left="3118" w:header="0" w:footer="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center"/>
    </w:pPr>
    <w:r>
      <w:drawing>
        <wp:anchor distT="0" distB="0" distL="0" distR="0" simplePos="0" relativeHeight="0" behindDoc="1" locked="0" layoutInCell="1" allowOverlap="1">
          <wp:simplePos x="0" y="0"/>
          <wp:positionH relativeFrom="page">
            <wp:posOffset>0</wp:posOffset>
          </wp:positionH>
          <wp:positionV relativeFrom="page">
            <wp:posOffset>0</wp:posOffset>
          </wp:positionV>
          <wp:extent cx="7560310" cy="10692130"/>
          <wp:effectExtent l="0" t="0" r="0" b="0"/>
          <wp:wrapNone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 xmlns:pic="http://schemas.openxmlformats.org/drawingml/2006/picture">
            <a:graphicData uri="http://schemas.openxmlformats.org/drawingml/2006/picture">
              <pic:pic>
                <pic:nvPicPr>
                  <pic:cNvPr id="0" name="projektrend_levélpapír_cimtelen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7560310" cy="10692130"/>
                  </a:xfrm>
                  <a:prstGeom prst="rect"/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60" w:line="252" w:lineRule="auto"/>
    </w:pPr>
    <w:rPr>
      <w:rFonts w:ascii="Liberation Sans" w:hAnsi="Liberation Sans"/>
      <w:sz w:val="18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